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BD9B8" w14:textId="04B03FD8" w:rsidR="00CB18D3" w:rsidRPr="0089466A" w:rsidRDefault="00232701" w:rsidP="00C866ED">
      <w:pPr>
        <w:pStyle w:val="ARGEK-Header"/>
        <w:spacing w:after="120"/>
        <w:rPr>
          <w:color w:val="EE0000"/>
          <w:sz w:val="22"/>
        </w:rPr>
      </w:pPr>
      <w:r w:rsidRPr="0089466A">
        <w:rPr>
          <w:color w:val="EE0000"/>
          <w:sz w:val="22"/>
        </w:rPr>
        <w:t>I. Araştırmacı Gençler Kongresi (ARGEK) Genişletilmiş Özet Bildiri Yazım Şablonu</w:t>
      </w:r>
    </w:p>
    <w:p w14:paraId="10BC4236" w14:textId="0CCCA6D0" w:rsidR="00CB18D3" w:rsidRPr="0089466A" w:rsidRDefault="00232701" w:rsidP="00C866ED">
      <w:pPr>
        <w:pStyle w:val="ARGEK-Subnote"/>
        <w:spacing w:after="120"/>
        <w:ind w:firstLine="567"/>
        <w:rPr>
          <w:color w:val="EE0000"/>
          <w:sz w:val="22"/>
        </w:rPr>
      </w:pPr>
      <w:r w:rsidRPr="0089466A">
        <w:rPr>
          <w:color w:val="EE0000"/>
          <w:sz w:val="22"/>
        </w:rPr>
        <w:t xml:space="preserve">Kör hakemlik süreci nedeniyle bu dosyada yazar adı/soyadı, okul/BİLSEM adı ve danışman bilgisi YER ALMAZ. Bu bilgiler </w:t>
      </w:r>
      <w:r w:rsidR="00244678" w:rsidRPr="0089466A">
        <w:rPr>
          <w:color w:val="EE0000"/>
          <w:sz w:val="22"/>
        </w:rPr>
        <w:t>başvuru formunda</w:t>
      </w:r>
      <w:r w:rsidRPr="0089466A">
        <w:rPr>
          <w:color w:val="EE0000"/>
          <w:sz w:val="22"/>
        </w:rPr>
        <w:t xml:space="preserve"> </w:t>
      </w:r>
      <w:r w:rsidR="00AC28F2" w:rsidRPr="0089466A">
        <w:rPr>
          <w:color w:val="EE0000"/>
          <w:sz w:val="22"/>
        </w:rPr>
        <w:t xml:space="preserve">ayrıca </w:t>
      </w:r>
      <w:r w:rsidRPr="0089466A">
        <w:rPr>
          <w:color w:val="EE0000"/>
          <w:sz w:val="22"/>
        </w:rPr>
        <w:t>beyan edilir.</w:t>
      </w:r>
    </w:p>
    <w:p w14:paraId="3A83259A" w14:textId="6B82E3DA" w:rsidR="00244678" w:rsidRPr="0089466A" w:rsidRDefault="0089466A" w:rsidP="00C866ED">
      <w:pPr>
        <w:pStyle w:val="ARGEK-Subnote"/>
        <w:spacing w:after="120"/>
        <w:ind w:firstLine="567"/>
        <w:jc w:val="both"/>
        <w:rPr>
          <w:color w:val="EE0000"/>
          <w:sz w:val="22"/>
        </w:rPr>
      </w:pPr>
      <w:r>
        <w:rPr>
          <w:color w:val="EE0000"/>
          <w:sz w:val="22"/>
        </w:rPr>
        <w:t xml:space="preserve">Bildiri özetinin yazımında </w:t>
      </w:r>
      <w:r w:rsidRPr="0089466A">
        <w:rPr>
          <w:color w:val="EE0000"/>
          <w:sz w:val="22"/>
        </w:rPr>
        <w:t>A4 boyutunda, MS Word uyumlu Times New Roman yazı tipi kullanılmalıdır. Yazı puntosu 11 olmalıdır.</w:t>
      </w:r>
      <w:r>
        <w:rPr>
          <w:color w:val="EE0000"/>
          <w:sz w:val="22"/>
        </w:rPr>
        <w:t xml:space="preserve"> Bildiri başlığı</w:t>
      </w:r>
      <w:r w:rsidRPr="0089466A">
        <w:rPr>
          <w:color w:val="EE0000"/>
          <w:sz w:val="22"/>
        </w:rPr>
        <w:t xml:space="preserve"> 14 punto ve kalın, alt başlıklar ise 12 punto ve kalın olmalıdır. Paragraf aralığı, önce 0 nk, sonra 6 nk olarak ayarlanmalıdır. Metin, iki yana yaslı olarak hizalanmalıdır ve satır aralığı tek olmalıdır. Sayfa kenar boşlukları, sağ, sol, üst ve alttan 2,5 cm olmalıdır. Ayrıca, paragraflarda ilk satır girintisi 1 cm içeriden başlatılmalıdır.</w:t>
      </w:r>
    </w:p>
    <w:p w14:paraId="2144C758" w14:textId="09887031" w:rsidR="00CB18D3" w:rsidRDefault="0089466A" w:rsidP="00C866ED">
      <w:pPr>
        <w:pStyle w:val="ARGEK-Title"/>
        <w:spacing w:before="0"/>
      </w:pPr>
      <w:r>
        <w:t xml:space="preserve"> </w:t>
      </w:r>
      <w:r w:rsidR="00232701">
        <w:t>[BİLDİRİ BAŞLIĞI TÜMÜ BÜYÜK HARF OLMA</w:t>
      </w:r>
      <w:r w:rsidR="00AC28F2">
        <w:t>K ÜZERE 15 KELİMEYİ AŞMAYACAK ŞEKİLDE BURAYA YAZILMALIDIR</w:t>
      </w:r>
      <w:r w:rsidR="00232701">
        <w:t>]</w:t>
      </w:r>
    </w:p>
    <w:p w14:paraId="2B7E6D70" w14:textId="65CBD2C8" w:rsidR="00CB18D3" w:rsidRPr="00244678" w:rsidRDefault="00DC40AD" w:rsidP="00C866ED">
      <w:pPr>
        <w:pStyle w:val="ARGEK-Subnote"/>
        <w:spacing w:after="120"/>
        <w:ind w:firstLine="567"/>
        <w:jc w:val="both"/>
        <w:rPr>
          <w:color w:val="EE0000"/>
          <w:sz w:val="22"/>
        </w:rPr>
      </w:pPr>
      <w:r>
        <w:rPr>
          <w:color w:val="EE0000"/>
          <w:sz w:val="22"/>
        </w:rPr>
        <w:t>Genişletilmiş özet uzunluğu</w:t>
      </w:r>
      <w:r w:rsidR="00232701" w:rsidRPr="00244678">
        <w:rPr>
          <w:color w:val="EE0000"/>
          <w:sz w:val="22"/>
        </w:rPr>
        <w:t xml:space="preserve"> </w:t>
      </w:r>
      <w:r w:rsidR="00AC28F2" w:rsidRPr="00244678">
        <w:rPr>
          <w:color w:val="EE0000"/>
          <w:sz w:val="22"/>
        </w:rPr>
        <w:t>4</w:t>
      </w:r>
      <w:r w:rsidR="00232701" w:rsidRPr="00244678">
        <w:rPr>
          <w:color w:val="EE0000"/>
          <w:sz w:val="22"/>
        </w:rPr>
        <w:t>00–</w:t>
      </w:r>
      <w:r w:rsidR="00AC28F2" w:rsidRPr="00244678">
        <w:rPr>
          <w:color w:val="EE0000"/>
          <w:sz w:val="22"/>
        </w:rPr>
        <w:t>7</w:t>
      </w:r>
      <w:r w:rsidR="00975C8D">
        <w:rPr>
          <w:color w:val="EE0000"/>
          <w:sz w:val="22"/>
        </w:rPr>
        <w:t xml:space="preserve">00 kelime (Kaynakça hariç) olmalıdır. </w:t>
      </w:r>
      <w:r w:rsidR="00975C8D" w:rsidRPr="00975C8D">
        <w:rPr>
          <w:color w:val="EE0000"/>
          <w:sz w:val="22"/>
        </w:rPr>
        <w:t xml:space="preserve">Bildiri özetlerinde şekil, tablo, formül, resim </w:t>
      </w:r>
      <w:r w:rsidR="00975C8D">
        <w:rPr>
          <w:color w:val="EE0000"/>
          <w:sz w:val="22"/>
        </w:rPr>
        <w:t>bulunmamalıdır.</w:t>
      </w:r>
      <w:r w:rsidR="00C866ED">
        <w:rPr>
          <w:color w:val="EE0000"/>
          <w:sz w:val="22"/>
        </w:rPr>
        <w:t xml:space="preserve"> </w:t>
      </w:r>
      <w:r w:rsidR="00C866ED" w:rsidRPr="00C866ED">
        <w:rPr>
          <w:color w:val="EE0000"/>
          <w:sz w:val="22"/>
        </w:rPr>
        <w:t>Veriler tablo</w:t>
      </w:r>
      <w:r w:rsidR="00C866ED">
        <w:rPr>
          <w:color w:val="EE0000"/>
          <w:sz w:val="22"/>
        </w:rPr>
        <w:t xml:space="preserve"> ve </w:t>
      </w:r>
      <w:r w:rsidR="00C866ED" w:rsidRPr="00C866ED">
        <w:rPr>
          <w:color w:val="EE0000"/>
          <w:sz w:val="22"/>
        </w:rPr>
        <w:t xml:space="preserve">şekil yerine metin içinde sayısal özet (yüzde, ortalama, </w:t>
      </w:r>
      <w:r w:rsidR="005F3737">
        <w:rPr>
          <w:color w:val="EE0000"/>
          <w:sz w:val="22"/>
        </w:rPr>
        <w:t>frekans</w:t>
      </w:r>
      <w:r w:rsidR="00C866ED">
        <w:rPr>
          <w:color w:val="EE0000"/>
          <w:sz w:val="22"/>
        </w:rPr>
        <w:t xml:space="preserve"> vb.</w:t>
      </w:r>
      <w:r w:rsidR="00C866ED" w:rsidRPr="00C866ED">
        <w:rPr>
          <w:color w:val="EE0000"/>
          <w:sz w:val="22"/>
        </w:rPr>
        <w:t>) ile verilmelidir.</w:t>
      </w:r>
      <w:r w:rsidR="00430B72">
        <w:rPr>
          <w:color w:val="EE0000"/>
          <w:sz w:val="22"/>
        </w:rPr>
        <w:t xml:space="preserve"> </w:t>
      </w:r>
      <w:r w:rsidR="00430B72" w:rsidRPr="00430B72">
        <w:rPr>
          <w:color w:val="EE0000"/>
          <w:sz w:val="22"/>
        </w:rPr>
        <w:t>Metin</w:t>
      </w:r>
      <w:r w:rsidR="00430B72">
        <w:rPr>
          <w:color w:val="EE0000"/>
          <w:sz w:val="22"/>
        </w:rPr>
        <w:t xml:space="preserve"> içinde</w:t>
      </w:r>
      <w:r w:rsidR="00430B72" w:rsidRPr="00430B72">
        <w:rPr>
          <w:color w:val="EE0000"/>
          <w:sz w:val="22"/>
        </w:rPr>
        <w:t xml:space="preserve"> yararlanılan her kaynak yazar soyadı ve yıl ile gösteril</w:t>
      </w:r>
      <w:r w:rsidR="00B57826">
        <w:rPr>
          <w:color w:val="EE0000"/>
          <w:sz w:val="22"/>
        </w:rPr>
        <w:t>melidir.</w:t>
      </w:r>
    </w:p>
    <w:p w14:paraId="2C393B27" w14:textId="282689A2" w:rsidR="00CB18D3" w:rsidRDefault="00AC28F2" w:rsidP="00C866ED">
      <w:pPr>
        <w:pStyle w:val="ARGEK-Heading"/>
        <w:spacing w:before="0" w:after="120"/>
      </w:pPr>
      <w:r>
        <w:t>Giriş</w:t>
      </w:r>
    </w:p>
    <w:p w14:paraId="2A9F1C5D" w14:textId="46DF13F4" w:rsidR="00CB18D3" w:rsidRPr="00244678" w:rsidRDefault="00A24371" w:rsidP="00A24371">
      <w:pPr>
        <w:pStyle w:val="ARGEK-Subnote"/>
        <w:spacing w:after="120"/>
        <w:ind w:firstLine="567"/>
        <w:jc w:val="both"/>
        <w:rPr>
          <w:color w:val="EE0000"/>
          <w:sz w:val="22"/>
        </w:rPr>
      </w:pPr>
      <w:r w:rsidRPr="00A24371">
        <w:rPr>
          <w:color w:val="EE0000"/>
          <w:sz w:val="22"/>
        </w:rPr>
        <w:t>Bu bölümde çalışmanın konusu kısa ve açık biçimde tanıtıl</w:t>
      </w:r>
      <w:r>
        <w:rPr>
          <w:color w:val="EE0000"/>
          <w:sz w:val="22"/>
        </w:rPr>
        <w:t>ır</w:t>
      </w:r>
      <w:r w:rsidRPr="00A24371">
        <w:rPr>
          <w:color w:val="EE0000"/>
          <w:sz w:val="22"/>
        </w:rPr>
        <w:t>.</w:t>
      </w:r>
      <w:r w:rsidR="008B075E" w:rsidRPr="008B075E">
        <w:t xml:space="preserve"> </w:t>
      </w:r>
      <w:r>
        <w:rPr>
          <w:color w:val="EE0000"/>
          <w:sz w:val="22"/>
        </w:rPr>
        <w:t>A</w:t>
      </w:r>
      <w:r w:rsidRPr="00A24371">
        <w:rPr>
          <w:color w:val="EE0000"/>
          <w:sz w:val="22"/>
        </w:rPr>
        <w:t>raştırmanın problemi, amacı ve varsa araştırma soruları açıkça ifade edil</w:t>
      </w:r>
      <w:r>
        <w:rPr>
          <w:color w:val="EE0000"/>
          <w:sz w:val="22"/>
        </w:rPr>
        <w:t>ir</w:t>
      </w:r>
      <w:r w:rsidRPr="00A24371">
        <w:rPr>
          <w:color w:val="EE0000"/>
          <w:sz w:val="22"/>
        </w:rPr>
        <w:t>. Çalışmanın özgün yönü ve alana/uygulamaya katkısı kısaca belirtil</w:t>
      </w:r>
      <w:r>
        <w:rPr>
          <w:color w:val="EE0000"/>
          <w:sz w:val="22"/>
        </w:rPr>
        <w:t>ir.</w:t>
      </w:r>
    </w:p>
    <w:p w14:paraId="3D944C39" w14:textId="77777777" w:rsidR="00CB18D3" w:rsidRDefault="00232701" w:rsidP="00C866ED">
      <w:pPr>
        <w:pStyle w:val="ARGEK-Heading"/>
        <w:spacing w:before="0" w:after="120"/>
      </w:pPr>
      <w:r>
        <w:t>Yöntem</w:t>
      </w:r>
    </w:p>
    <w:p w14:paraId="16B6BFC5" w14:textId="7EA50C02" w:rsidR="00A24371" w:rsidRPr="00A24371" w:rsidRDefault="00A24371" w:rsidP="00A24371">
      <w:pPr>
        <w:pStyle w:val="ARGEK-Subnote"/>
        <w:spacing w:after="120"/>
        <w:ind w:firstLine="567"/>
        <w:jc w:val="both"/>
        <w:rPr>
          <w:color w:val="EE0000"/>
          <w:sz w:val="22"/>
        </w:rPr>
      </w:pPr>
      <w:r w:rsidRPr="00A24371">
        <w:rPr>
          <w:color w:val="EE0000"/>
          <w:sz w:val="22"/>
        </w:rPr>
        <w:t>Araştırma deseni, çalışma grubu/inceleme materyali, veri toplama veya inceleme süreci ve analiz yöntemi özetlenir. Çalışmanın türüne uygun etik hususlar kısaca açıklanır.</w:t>
      </w:r>
    </w:p>
    <w:p w14:paraId="1782C7BC" w14:textId="77777777" w:rsidR="00CB18D3" w:rsidRDefault="00232701" w:rsidP="00C866ED">
      <w:pPr>
        <w:pStyle w:val="ARGEK-Heading"/>
        <w:spacing w:before="0" w:after="120"/>
      </w:pPr>
      <w:r>
        <w:t>Bulgular</w:t>
      </w:r>
    </w:p>
    <w:p w14:paraId="54B0F0B8" w14:textId="7A735F0F" w:rsidR="00A24371" w:rsidRPr="00A24371" w:rsidRDefault="00A24371" w:rsidP="00A24371">
      <w:pPr>
        <w:pStyle w:val="ARGEK-Subnote"/>
        <w:spacing w:after="120"/>
        <w:ind w:firstLine="567"/>
        <w:jc w:val="both"/>
        <w:rPr>
          <w:color w:val="EE0000"/>
          <w:sz w:val="22"/>
        </w:rPr>
      </w:pPr>
      <w:r w:rsidRPr="00A24371">
        <w:rPr>
          <w:color w:val="EE0000"/>
          <w:sz w:val="22"/>
        </w:rPr>
        <w:t>Bu bölümde araştırmadan elde edilen temel bulgular açık, anlaşılır ve yeterli düzeyde sunulmalıdır.</w:t>
      </w:r>
      <w:r>
        <w:rPr>
          <w:color w:val="EE0000"/>
          <w:sz w:val="22"/>
        </w:rPr>
        <w:t xml:space="preserve"> Ş</w:t>
      </w:r>
      <w:r w:rsidRPr="00A24371">
        <w:rPr>
          <w:color w:val="EE0000"/>
          <w:sz w:val="22"/>
        </w:rPr>
        <w:t>ekil, tablo, formül ve resim kullanılmamalıdır.</w:t>
      </w:r>
    </w:p>
    <w:p w14:paraId="5476DF6B" w14:textId="770D4F87" w:rsidR="00CB18D3" w:rsidRDefault="00232701" w:rsidP="00C866ED">
      <w:pPr>
        <w:pStyle w:val="ARGEK-Heading"/>
        <w:spacing w:before="0" w:after="120"/>
      </w:pPr>
      <w:r>
        <w:t>Sonuç ve Öneriler</w:t>
      </w:r>
    </w:p>
    <w:p w14:paraId="105E4597" w14:textId="2A4DFF23" w:rsidR="00426A06" w:rsidRPr="00426A06" w:rsidRDefault="00426A06" w:rsidP="00426A06">
      <w:pPr>
        <w:pStyle w:val="ARGEK-Subnote"/>
        <w:spacing w:after="120"/>
        <w:ind w:firstLine="567"/>
        <w:jc w:val="both"/>
        <w:rPr>
          <w:color w:val="EE0000"/>
          <w:sz w:val="22"/>
        </w:rPr>
      </w:pPr>
      <w:r w:rsidRPr="00426A06">
        <w:rPr>
          <w:color w:val="EE0000"/>
          <w:sz w:val="22"/>
        </w:rPr>
        <w:t>Sonuçlar</w:t>
      </w:r>
      <w:r>
        <w:rPr>
          <w:color w:val="EE0000"/>
          <w:sz w:val="22"/>
        </w:rPr>
        <w:t>,</w:t>
      </w:r>
      <w:r w:rsidRPr="00426A06">
        <w:rPr>
          <w:color w:val="EE0000"/>
          <w:sz w:val="22"/>
        </w:rPr>
        <w:t xml:space="preserve"> bulgularla ilişkilendiri</w:t>
      </w:r>
      <w:r>
        <w:rPr>
          <w:color w:val="EE0000"/>
          <w:sz w:val="22"/>
        </w:rPr>
        <w:t xml:space="preserve">lir </w:t>
      </w:r>
      <w:r w:rsidRPr="00426A06">
        <w:rPr>
          <w:color w:val="EE0000"/>
          <w:sz w:val="22"/>
        </w:rPr>
        <w:t xml:space="preserve">ve </w:t>
      </w:r>
      <w:r w:rsidR="00A24371">
        <w:rPr>
          <w:color w:val="EE0000"/>
          <w:sz w:val="22"/>
        </w:rPr>
        <w:t xml:space="preserve">bulgulardan hareketle geliştirilmiş </w:t>
      </w:r>
      <w:r w:rsidRPr="00426A06">
        <w:rPr>
          <w:color w:val="EE0000"/>
          <w:sz w:val="22"/>
        </w:rPr>
        <w:t>uygulanabilir önerilerde bulun</w:t>
      </w:r>
      <w:r>
        <w:rPr>
          <w:color w:val="EE0000"/>
          <w:sz w:val="22"/>
        </w:rPr>
        <w:t>ulur.</w:t>
      </w:r>
    </w:p>
    <w:p w14:paraId="2057D0D7" w14:textId="144341C4" w:rsidR="00686EC9" w:rsidRPr="00686EC9" w:rsidRDefault="00686EC9" w:rsidP="00C866ED">
      <w:pPr>
        <w:pStyle w:val="ARGEK-Body"/>
      </w:pPr>
      <w:r>
        <w:rPr>
          <w:b/>
        </w:rPr>
        <w:t xml:space="preserve">Anahtar Kelimeler: </w:t>
      </w:r>
      <w:r>
        <w:t>[</w:t>
      </w:r>
      <w:r w:rsidRPr="00686EC9">
        <w:rPr>
          <w:i/>
          <w:color w:val="EE0000"/>
          <w:sz w:val="22"/>
        </w:rPr>
        <w:t>Küçük harflerle</w:t>
      </w:r>
      <w:r w:rsidR="00A24371">
        <w:rPr>
          <w:i/>
          <w:color w:val="EE0000"/>
          <w:sz w:val="22"/>
        </w:rPr>
        <w:t xml:space="preserve"> </w:t>
      </w:r>
      <w:r w:rsidR="00A24371" w:rsidRPr="00A24371">
        <w:rPr>
          <w:i/>
          <w:color w:val="EE0000"/>
          <w:sz w:val="22"/>
        </w:rPr>
        <w:t>çalışmanın konusunu, kapsamını ve odaklandığı temel kavramları yansıta</w:t>
      </w:r>
      <w:r w:rsidR="00A24371">
        <w:rPr>
          <w:i/>
          <w:color w:val="EE0000"/>
          <w:sz w:val="22"/>
        </w:rPr>
        <w:t>n</w:t>
      </w:r>
      <w:r w:rsidRPr="00686EC9">
        <w:rPr>
          <w:i/>
          <w:color w:val="EE0000"/>
          <w:sz w:val="22"/>
        </w:rPr>
        <w:t xml:space="preserve"> </w:t>
      </w:r>
      <w:r w:rsidRPr="0006121A">
        <w:rPr>
          <w:i/>
          <w:color w:val="EE0000"/>
          <w:sz w:val="22"/>
        </w:rPr>
        <w:t>3–5 anahtar kelime, virgülle ayrılmış</w:t>
      </w:r>
      <w:r>
        <w:t>]</w:t>
      </w:r>
    </w:p>
    <w:p w14:paraId="5417A558" w14:textId="6D47B816" w:rsidR="00CB18D3" w:rsidRDefault="00232701" w:rsidP="00C866ED">
      <w:pPr>
        <w:pStyle w:val="ARGEK-Heading"/>
        <w:spacing w:before="0" w:after="120"/>
      </w:pPr>
      <w:r>
        <w:t>Kaynak</w:t>
      </w:r>
      <w:r w:rsidR="00244678">
        <w:t>lar</w:t>
      </w:r>
    </w:p>
    <w:p w14:paraId="2A2F05F9" w14:textId="5977D8D1" w:rsidR="00CB18D3" w:rsidRDefault="00232701" w:rsidP="00E3394F">
      <w:pPr>
        <w:pStyle w:val="ARGEK-Subnote"/>
        <w:spacing w:after="120"/>
        <w:ind w:firstLine="709"/>
        <w:jc w:val="both"/>
        <w:rPr>
          <w:color w:val="EE0000"/>
          <w:sz w:val="22"/>
        </w:rPr>
      </w:pPr>
      <w:r w:rsidRPr="00244678">
        <w:rPr>
          <w:color w:val="EE0000"/>
          <w:sz w:val="22"/>
        </w:rPr>
        <w:t xml:space="preserve">Kaynak gösteriminde </w:t>
      </w:r>
      <w:r w:rsidR="000A1B7C" w:rsidRPr="00244678">
        <w:rPr>
          <w:color w:val="EE0000"/>
          <w:sz w:val="22"/>
        </w:rPr>
        <w:t xml:space="preserve">APA 7 kuralları esastır. </w:t>
      </w:r>
      <w:r w:rsidR="00E3394F" w:rsidRPr="00E3394F">
        <w:rPr>
          <w:color w:val="EE0000"/>
          <w:sz w:val="22"/>
        </w:rPr>
        <w:t>Kaynaklar bölümü</w:t>
      </w:r>
      <w:r w:rsidR="00E3394F">
        <w:rPr>
          <w:color w:val="EE0000"/>
          <w:sz w:val="22"/>
        </w:rPr>
        <w:t xml:space="preserve"> alfabetik sıraya göre düzenlenmeli ve</w:t>
      </w:r>
      <w:r w:rsidR="00E3394F" w:rsidRPr="00E3394F">
        <w:rPr>
          <w:color w:val="EE0000"/>
          <w:sz w:val="22"/>
        </w:rPr>
        <w:t xml:space="preserve"> yalnızca metin içinde atıf yapılan çalışmalara yer verilmelidir.</w:t>
      </w:r>
    </w:p>
    <w:p w14:paraId="110CB2CF" w14:textId="5DF848F8" w:rsidR="00C866ED" w:rsidRDefault="00C866ED" w:rsidP="0020085B">
      <w:pPr>
        <w:pStyle w:val="ARGEK-Subnote"/>
        <w:spacing w:after="120"/>
        <w:jc w:val="both"/>
        <w:rPr>
          <w:color w:val="EE0000"/>
          <w:sz w:val="22"/>
        </w:rPr>
      </w:pPr>
      <w:r w:rsidRPr="00C866ED">
        <w:rPr>
          <w:b/>
          <w:bCs/>
          <w:i w:val="0"/>
          <w:iCs/>
          <w:color w:val="EE0000"/>
          <w:sz w:val="22"/>
        </w:rPr>
        <w:t>Kitap örneği:</w:t>
      </w:r>
      <w:r w:rsidRPr="00C866ED">
        <w:rPr>
          <w:color w:val="EE0000"/>
          <w:sz w:val="22"/>
        </w:rPr>
        <w:t xml:space="preserve"> </w:t>
      </w:r>
      <w:r w:rsidRPr="00C866ED">
        <w:rPr>
          <w:i w:val="0"/>
          <w:iCs/>
          <w:color w:val="EE0000"/>
          <w:sz w:val="22"/>
        </w:rPr>
        <w:t>Soyad, A. A. (Yıl).</w:t>
      </w:r>
      <w:r w:rsidRPr="00C866ED">
        <w:rPr>
          <w:color w:val="EE0000"/>
          <w:sz w:val="22"/>
        </w:rPr>
        <w:t xml:space="preserve"> Kitap adı. </w:t>
      </w:r>
      <w:r w:rsidRPr="00C866ED">
        <w:rPr>
          <w:i w:val="0"/>
          <w:iCs/>
          <w:color w:val="EE0000"/>
          <w:sz w:val="22"/>
        </w:rPr>
        <w:t>Yayınevi</w:t>
      </w:r>
      <w:r w:rsidRPr="00C866ED">
        <w:rPr>
          <w:color w:val="EE0000"/>
          <w:sz w:val="22"/>
        </w:rPr>
        <w:t>.</w:t>
      </w:r>
    </w:p>
    <w:p w14:paraId="4A946ECC" w14:textId="4E9E5916" w:rsidR="00430B72" w:rsidRPr="00430B72" w:rsidRDefault="00430B72" w:rsidP="0020085B">
      <w:pPr>
        <w:pStyle w:val="ARGEK-Subnote"/>
        <w:spacing w:after="120"/>
        <w:jc w:val="both"/>
        <w:rPr>
          <w:i w:val="0"/>
          <w:iCs/>
          <w:color w:val="EE0000"/>
          <w:sz w:val="22"/>
        </w:rPr>
      </w:pPr>
      <w:r w:rsidRPr="00430B72">
        <w:rPr>
          <w:i w:val="0"/>
          <w:iCs/>
          <w:color w:val="EE0000"/>
          <w:sz w:val="22"/>
        </w:rPr>
        <w:t xml:space="preserve">Arslan, </w:t>
      </w:r>
      <w:r>
        <w:rPr>
          <w:i w:val="0"/>
          <w:iCs/>
          <w:color w:val="EE0000"/>
          <w:sz w:val="22"/>
        </w:rPr>
        <w:t>S</w:t>
      </w:r>
      <w:r w:rsidRPr="00430B72">
        <w:rPr>
          <w:i w:val="0"/>
          <w:iCs/>
          <w:color w:val="EE0000"/>
          <w:sz w:val="22"/>
        </w:rPr>
        <w:t xml:space="preserve">. (2021). </w:t>
      </w:r>
      <w:r w:rsidRPr="00430B72">
        <w:rPr>
          <w:color w:val="EE0000"/>
          <w:sz w:val="22"/>
        </w:rPr>
        <w:t>Bilimsel düşünme becerileri</w:t>
      </w:r>
      <w:r w:rsidRPr="00430B72">
        <w:rPr>
          <w:i w:val="0"/>
          <w:iCs/>
          <w:color w:val="EE0000"/>
          <w:sz w:val="22"/>
        </w:rPr>
        <w:t xml:space="preserve">. </w:t>
      </w:r>
      <w:r>
        <w:rPr>
          <w:i w:val="0"/>
          <w:iCs/>
          <w:color w:val="EE0000"/>
          <w:sz w:val="22"/>
        </w:rPr>
        <w:t xml:space="preserve">Kanuni </w:t>
      </w:r>
      <w:r w:rsidRPr="00430B72">
        <w:rPr>
          <w:i w:val="0"/>
          <w:iCs/>
          <w:color w:val="EE0000"/>
          <w:sz w:val="22"/>
        </w:rPr>
        <w:t>Yayınları.</w:t>
      </w:r>
    </w:p>
    <w:p w14:paraId="2F347136" w14:textId="38ED6EF1" w:rsidR="00C866ED" w:rsidRDefault="00C866ED" w:rsidP="0020085B">
      <w:pPr>
        <w:pStyle w:val="ARGEK-Subnote"/>
        <w:spacing w:after="120"/>
        <w:jc w:val="both"/>
        <w:rPr>
          <w:i w:val="0"/>
          <w:iCs/>
          <w:color w:val="EE0000"/>
          <w:sz w:val="22"/>
        </w:rPr>
      </w:pPr>
      <w:r w:rsidRPr="00C866ED">
        <w:rPr>
          <w:b/>
          <w:bCs/>
          <w:i w:val="0"/>
          <w:iCs/>
          <w:color w:val="EE0000"/>
          <w:sz w:val="22"/>
        </w:rPr>
        <w:t>Makale örneği</w:t>
      </w:r>
      <w:r w:rsidRPr="00C866ED">
        <w:rPr>
          <w:b/>
          <w:bCs/>
          <w:color w:val="EE0000"/>
          <w:sz w:val="22"/>
        </w:rPr>
        <w:t>:</w:t>
      </w:r>
      <w:r w:rsidRPr="00C866ED">
        <w:rPr>
          <w:color w:val="EE0000"/>
          <w:sz w:val="22"/>
        </w:rPr>
        <w:t xml:space="preserve"> </w:t>
      </w:r>
      <w:r w:rsidRPr="00C866ED">
        <w:rPr>
          <w:i w:val="0"/>
          <w:iCs/>
          <w:color w:val="EE0000"/>
          <w:sz w:val="22"/>
        </w:rPr>
        <w:t>Soyad, A. A., &amp; Soyad, B. B. (Yıl).</w:t>
      </w:r>
      <w:r w:rsidRPr="00C866ED">
        <w:rPr>
          <w:color w:val="EE0000"/>
          <w:sz w:val="22"/>
        </w:rPr>
        <w:t xml:space="preserve"> </w:t>
      </w:r>
      <w:r w:rsidRPr="00C866ED">
        <w:rPr>
          <w:i w:val="0"/>
          <w:iCs/>
          <w:color w:val="EE0000"/>
          <w:sz w:val="22"/>
        </w:rPr>
        <w:t>Makale adı.</w:t>
      </w:r>
      <w:r w:rsidRPr="00C866ED">
        <w:rPr>
          <w:color w:val="EE0000"/>
          <w:sz w:val="22"/>
        </w:rPr>
        <w:t xml:space="preserve"> Dergi Adı, Cilt</w:t>
      </w:r>
      <w:r w:rsidRPr="00C866ED">
        <w:rPr>
          <w:i w:val="0"/>
          <w:iCs/>
          <w:color w:val="EE0000"/>
          <w:sz w:val="22"/>
        </w:rPr>
        <w:t>(Sayı), ss–ss.</w:t>
      </w:r>
      <w:r w:rsidR="0020085B">
        <w:rPr>
          <w:i w:val="0"/>
          <w:iCs/>
          <w:color w:val="EE0000"/>
          <w:sz w:val="22"/>
        </w:rPr>
        <w:t xml:space="preserve"> </w:t>
      </w:r>
      <w:r w:rsidR="00E04011" w:rsidRPr="00430B72">
        <w:rPr>
          <w:i w:val="0"/>
          <w:iCs/>
          <w:color w:val="EE0000"/>
          <w:sz w:val="22"/>
        </w:rPr>
        <w:t>https://doi.org/xxxx</w:t>
      </w:r>
    </w:p>
    <w:p w14:paraId="2E2B3F32" w14:textId="11AB35AB" w:rsidR="00E04011" w:rsidRDefault="00E04011" w:rsidP="00E04011">
      <w:pPr>
        <w:pStyle w:val="ARGEK-Subnote"/>
        <w:spacing w:after="120"/>
        <w:ind w:left="567" w:hanging="567"/>
        <w:jc w:val="both"/>
        <w:rPr>
          <w:i w:val="0"/>
          <w:iCs/>
          <w:color w:val="EE0000"/>
          <w:sz w:val="22"/>
        </w:rPr>
      </w:pPr>
      <w:r w:rsidRPr="00E04011">
        <w:rPr>
          <w:i w:val="0"/>
          <w:iCs/>
          <w:color w:val="EE0000"/>
          <w:sz w:val="22"/>
        </w:rPr>
        <w:lastRenderedPageBreak/>
        <w:t xml:space="preserve">Çelik, A. S., </w:t>
      </w:r>
      <w:r w:rsidR="00430B72">
        <w:rPr>
          <w:i w:val="0"/>
          <w:iCs/>
          <w:color w:val="EE0000"/>
          <w:sz w:val="22"/>
        </w:rPr>
        <w:t>Poyraz</w:t>
      </w:r>
      <w:r w:rsidRPr="00E04011">
        <w:rPr>
          <w:i w:val="0"/>
          <w:iCs/>
          <w:color w:val="EE0000"/>
          <w:sz w:val="22"/>
        </w:rPr>
        <w:t xml:space="preserve">, B. N., &amp; </w:t>
      </w:r>
      <w:r w:rsidR="00430B72">
        <w:rPr>
          <w:i w:val="0"/>
          <w:iCs/>
          <w:color w:val="EE0000"/>
          <w:sz w:val="22"/>
        </w:rPr>
        <w:t>Kurak</w:t>
      </w:r>
      <w:r w:rsidRPr="00E04011">
        <w:rPr>
          <w:i w:val="0"/>
          <w:iCs/>
          <w:color w:val="EE0000"/>
          <w:sz w:val="22"/>
        </w:rPr>
        <w:t xml:space="preserve">, C. E. (2024). Akıllı sensörlerle sınıf içi hava kalitesi izlemesi: Lise düzeyinde bir uygulama. </w:t>
      </w:r>
      <w:r w:rsidRPr="00E04011">
        <w:rPr>
          <w:color w:val="EE0000"/>
          <w:sz w:val="22"/>
        </w:rPr>
        <w:t>Eğitim Teknolojileri ve Bilimsel Araştırmalar Dergisi, 12</w:t>
      </w:r>
      <w:r w:rsidRPr="00E04011">
        <w:rPr>
          <w:i w:val="0"/>
          <w:iCs/>
          <w:color w:val="EE0000"/>
          <w:sz w:val="22"/>
        </w:rPr>
        <w:t>(3), 145–162. https://doi.org/10.1234/etbad.2024.0567</w:t>
      </w:r>
    </w:p>
    <w:p w14:paraId="3A2A905A" w14:textId="7829E13A" w:rsidR="0020085B" w:rsidRDefault="0020085B" w:rsidP="0020085B">
      <w:pPr>
        <w:pStyle w:val="ARGEK-Subnote"/>
        <w:spacing w:after="120"/>
        <w:jc w:val="both"/>
        <w:rPr>
          <w:i w:val="0"/>
          <w:iCs/>
          <w:color w:val="EE0000"/>
          <w:sz w:val="22"/>
        </w:rPr>
      </w:pPr>
      <w:r w:rsidRPr="0020085B">
        <w:rPr>
          <w:b/>
          <w:bCs/>
          <w:i w:val="0"/>
          <w:iCs/>
          <w:color w:val="EE0000"/>
          <w:sz w:val="22"/>
        </w:rPr>
        <w:t>Tez örneği:</w:t>
      </w:r>
      <w:r w:rsidR="00E04011">
        <w:rPr>
          <w:b/>
          <w:bCs/>
          <w:i w:val="0"/>
          <w:iCs/>
          <w:color w:val="EE0000"/>
          <w:sz w:val="22"/>
        </w:rPr>
        <w:t xml:space="preserve"> </w:t>
      </w:r>
      <w:r w:rsidR="00E04011" w:rsidRPr="00E04011">
        <w:rPr>
          <w:i w:val="0"/>
          <w:iCs/>
          <w:color w:val="EE0000"/>
          <w:sz w:val="22"/>
        </w:rPr>
        <w:t xml:space="preserve">Soyad, A. A. (Yıl). </w:t>
      </w:r>
      <w:r w:rsidR="00E04011" w:rsidRPr="00E04011">
        <w:rPr>
          <w:color w:val="EE0000"/>
          <w:sz w:val="22"/>
        </w:rPr>
        <w:t>Tezin adı</w:t>
      </w:r>
      <w:r w:rsidR="00E04011" w:rsidRPr="00E04011">
        <w:rPr>
          <w:i w:val="0"/>
          <w:iCs/>
          <w:color w:val="EE0000"/>
          <w:sz w:val="22"/>
        </w:rPr>
        <w:t xml:space="preserve"> (Yüksek lisans tezi/Doktora tezi, Üniversite Adı). Arşiv/Platform adı.</w:t>
      </w:r>
    </w:p>
    <w:p w14:paraId="7B8D00AE" w14:textId="3F04D8F1" w:rsidR="00C866ED" w:rsidRPr="00B57826" w:rsidRDefault="00E04011" w:rsidP="00B57826">
      <w:pPr>
        <w:pStyle w:val="ARGEK-Subnote"/>
        <w:spacing w:after="120"/>
        <w:ind w:left="567" w:hanging="567"/>
        <w:jc w:val="both"/>
        <w:rPr>
          <w:i w:val="0"/>
          <w:iCs/>
          <w:color w:val="EE0000"/>
          <w:sz w:val="22"/>
        </w:rPr>
      </w:pPr>
      <w:r w:rsidRPr="00E04011">
        <w:rPr>
          <w:i w:val="0"/>
          <w:iCs/>
          <w:color w:val="EE0000"/>
          <w:sz w:val="22"/>
        </w:rPr>
        <w:t xml:space="preserve">Kaya, M. (2022). </w:t>
      </w:r>
      <w:r w:rsidRPr="00E04011">
        <w:rPr>
          <w:color w:val="EE0000"/>
          <w:sz w:val="22"/>
        </w:rPr>
        <w:t>Lise öğrencilerinde proje tabanlı öğrenmenin etkisi</w:t>
      </w:r>
      <w:r w:rsidRPr="00E04011">
        <w:rPr>
          <w:i w:val="0"/>
          <w:iCs/>
          <w:color w:val="EE0000"/>
          <w:sz w:val="22"/>
        </w:rPr>
        <w:t xml:space="preserve"> (Yüksek lisans tezi, </w:t>
      </w:r>
      <w:r>
        <w:rPr>
          <w:i w:val="0"/>
          <w:iCs/>
          <w:color w:val="EE0000"/>
          <w:sz w:val="22"/>
        </w:rPr>
        <w:t xml:space="preserve">Trabzon </w:t>
      </w:r>
      <w:r w:rsidRPr="00E04011">
        <w:rPr>
          <w:i w:val="0"/>
          <w:iCs/>
          <w:color w:val="EE0000"/>
          <w:sz w:val="22"/>
        </w:rPr>
        <w:t>Üniversitesi). YÖK Ulusal Tez Merkezi.</w:t>
      </w:r>
    </w:p>
    <w:p w14:paraId="16461818" w14:textId="22328DE2" w:rsidR="00244678" w:rsidRPr="009B2EF1" w:rsidRDefault="00244678" w:rsidP="00C866ED">
      <w:pPr>
        <w:pStyle w:val="ARGEK-Heading"/>
        <w:spacing w:before="0" w:after="120"/>
        <w:ind w:left="709" w:hanging="709"/>
        <w:jc w:val="both"/>
        <w:rPr>
          <w:color w:val="EE0000"/>
          <w:sz w:val="22"/>
        </w:rPr>
      </w:pPr>
      <w:r w:rsidRPr="009B2EF1">
        <w:rPr>
          <w:color w:val="EE0000"/>
          <w:sz w:val="22"/>
        </w:rPr>
        <w:t xml:space="preserve">NOT: </w:t>
      </w:r>
      <w:r w:rsidR="009B2EF1" w:rsidRPr="009B2EF1">
        <w:rPr>
          <w:color w:val="EE0000"/>
          <w:sz w:val="22"/>
        </w:rPr>
        <w:t>Kırmızı ile yazılmış olan bölümler sadece bilgilendirme amaçlıdır. Bu kısımları genişleti</w:t>
      </w:r>
      <w:r w:rsidR="00BA495C">
        <w:rPr>
          <w:color w:val="EE0000"/>
          <w:sz w:val="22"/>
        </w:rPr>
        <w:t>lmiş özet şablonundan çıkararak</w:t>
      </w:r>
      <w:r w:rsidR="009B2EF1" w:rsidRPr="009B2EF1">
        <w:rPr>
          <w:color w:val="EE0000"/>
          <w:sz w:val="22"/>
        </w:rPr>
        <w:t xml:space="preserve"> çalışmanıza ait metinleri uygun başlıklar altında siyah renkte yazmalısınız.</w:t>
      </w:r>
    </w:p>
    <w:p w14:paraId="1643FB93" w14:textId="777F055B" w:rsidR="00CB18D3" w:rsidRPr="00244678" w:rsidRDefault="00CB18D3">
      <w:pPr>
        <w:pStyle w:val="ARGEK-Subnote"/>
        <w:rPr>
          <w:i w:val="0"/>
          <w:iCs/>
          <w:color w:val="EE0000"/>
        </w:rPr>
      </w:pPr>
    </w:p>
    <w:sectPr w:rsidR="00CB18D3" w:rsidRPr="00244678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F3360F"/>
    <w:multiLevelType w:val="multilevel"/>
    <w:tmpl w:val="78606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C42E84"/>
    <w:multiLevelType w:val="multilevel"/>
    <w:tmpl w:val="78606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DB652A"/>
    <w:multiLevelType w:val="multilevel"/>
    <w:tmpl w:val="9AD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589765">
    <w:abstractNumId w:val="8"/>
  </w:num>
  <w:num w:numId="2" w16cid:durableId="1337919233">
    <w:abstractNumId w:val="6"/>
  </w:num>
  <w:num w:numId="3" w16cid:durableId="1874074896">
    <w:abstractNumId w:val="5"/>
  </w:num>
  <w:num w:numId="4" w16cid:durableId="1981231815">
    <w:abstractNumId w:val="4"/>
  </w:num>
  <w:num w:numId="5" w16cid:durableId="383650250">
    <w:abstractNumId w:val="7"/>
  </w:num>
  <w:num w:numId="6" w16cid:durableId="1132215643">
    <w:abstractNumId w:val="3"/>
  </w:num>
  <w:num w:numId="7" w16cid:durableId="594049212">
    <w:abstractNumId w:val="2"/>
  </w:num>
  <w:num w:numId="8" w16cid:durableId="1844971241">
    <w:abstractNumId w:val="1"/>
  </w:num>
  <w:num w:numId="9" w16cid:durableId="1196120517">
    <w:abstractNumId w:val="0"/>
  </w:num>
  <w:num w:numId="10" w16cid:durableId="1031733647">
    <w:abstractNumId w:val="11"/>
  </w:num>
  <w:num w:numId="11" w16cid:durableId="1817183834">
    <w:abstractNumId w:val="10"/>
    <w:lvlOverride w:ilvl="0">
      <w:startOverride w:val="4"/>
    </w:lvlOverride>
  </w:num>
  <w:num w:numId="12" w16cid:durableId="19885132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121A"/>
    <w:rsid w:val="000A1B7C"/>
    <w:rsid w:val="0015074B"/>
    <w:rsid w:val="0020085B"/>
    <w:rsid w:val="00232701"/>
    <w:rsid w:val="00244678"/>
    <w:rsid w:val="00271FF7"/>
    <w:rsid w:val="0029639D"/>
    <w:rsid w:val="00326F90"/>
    <w:rsid w:val="003A7710"/>
    <w:rsid w:val="00412734"/>
    <w:rsid w:val="00426A06"/>
    <w:rsid w:val="00430B72"/>
    <w:rsid w:val="004B778D"/>
    <w:rsid w:val="00573924"/>
    <w:rsid w:val="00593F97"/>
    <w:rsid w:val="005F3737"/>
    <w:rsid w:val="00600219"/>
    <w:rsid w:val="00686EC9"/>
    <w:rsid w:val="0089466A"/>
    <w:rsid w:val="008B075E"/>
    <w:rsid w:val="00975C8D"/>
    <w:rsid w:val="009B2EF1"/>
    <w:rsid w:val="00A24371"/>
    <w:rsid w:val="00A60799"/>
    <w:rsid w:val="00AA1D8D"/>
    <w:rsid w:val="00AC28F2"/>
    <w:rsid w:val="00AD4129"/>
    <w:rsid w:val="00B47730"/>
    <w:rsid w:val="00B57826"/>
    <w:rsid w:val="00BA495C"/>
    <w:rsid w:val="00BC30D6"/>
    <w:rsid w:val="00C866ED"/>
    <w:rsid w:val="00C94815"/>
    <w:rsid w:val="00CB0664"/>
    <w:rsid w:val="00CB18D3"/>
    <w:rsid w:val="00DC40AD"/>
    <w:rsid w:val="00E04011"/>
    <w:rsid w:val="00E3394F"/>
    <w:rsid w:val="00FC693F"/>
    <w:rsid w:val="00FD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72F97E"/>
  <w14:defaultImageDpi w14:val="300"/>
  <w15:docId w15:val="{9EBC83C7-53BB-43A9-B41F-C9F57B9C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GEK-Header">
    <w:name w:val="ARGEK-Header"/>
    <w:basedOn w:val="Normal"/>
    <w:pPr>
      <w:spacing w:after="240"/>
      <w:jc w:val="center"/>
    </w:pPr>
    <w:rPr>
      <w:i/>
      <w:sz w:val="20"/>
    </w:rPr>
  </w:style>
  <w:style w:type="paragraph" w:customStyle="1" w:styleId="ARGEK-Title">
    <w:name w:val="ARGEK-Title"/>
    <w:basedOn w:val="Normal"/>
    <w:pPr>
      <w:spacing w:before="120" w:after="120"/>
      <w:jc w:val="center"/>
    </w:pPr>
    <w:rPr>
      <w:b/>
      <w:sz w:val="28"/>
    </w:rPr>
  </w:style>
  <w:style w:type="paragraph" w:customStyle="1" w:styleId="ARGEK-Subnote">
    <w:name w:val="ARGEK-Subnote"/>
    <w:basedOn w:val="Normal"/>
    <w:rPr>
      <w:i/>
      <w:sz w:val="20"/>
    </w:rPr>
  </w:style>
  <w:style w:type="paragraph" w:customStyle="1" w:styleId="ARGEK-Heading">
    <w:name w:val="ARGEK-Heading"/>
    <w:basedOn w:val="Normal"/>
    <w:pPr>
      <w:spacing w:before="200" w:after="80"/>
    </w:pPr>
    <w:rPr>
      <w:b/>
    </w:rPr>
  </w:style>
  <w:style w:type="paragraph" w:customStyle="1" w:styleId="ARGEK-Body">
    <w:name w:val="ARGEK-Body"/>
    <w:basedOn w:val="Normal"/>
    <w:pPr>
      <w:spacing w:after="120"/>
    </w:pPr>
  </w:style>
  <w:style w:type="paragraph" w:customStyle="1" w:styleId="ARGEK-List">
    <w:name w:val="ARGEK-List"/>
    <w:basedOn w:val="Normal"/>
    <w:pPr>
      <w:spacing w:after="40"/>
    </w:pPr>
  </w:style>
  <w:style w:type="paragraph" w:customStyle="1" w:styleId="ARGEK-Ref">
    <w:name w:val="ARGEK-Ref"/>
    <w:basedOn w:val="Normal"/>
    <w:pPr>
      <w:spacing w:after="40"/>
    </w:pPr>
    <w:rPr>
      <w:sz w:val="22"/>
    </w:rPr>
  </w:style>
  <w:style w:type="character" w:styleId="Kpr">
    <w:name w:val="Hyperlink"/>
    <w:basedOn w:val="VarsaylanParagrafYazTipi"/>
    <w:uiPriority w:val="99"/>
    <w:unhideWhenUsed/>
    <w:rsid w:val="00271FF7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1FF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9466A"/>
    <w:pPr>
      <w:spacing w:before="100" w:beforeAutospacing="1" w:after="100" w:afterAutospacing="1" w:line="240" w:lineRule="auto"/>
    </w:pPr>
    <w:rPr>
      <w:rFonts w:cs="Times New Roman"/>
      <w:szCs w:val="24"/>
      <w:lang w:val="tr-TR"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00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2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50C5F4-EDA6-48CF-A2DD-9E9980F51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hi</cp:lastModifiedBy>
  <cp:revision>20</cp:revision>
  <dcterms:created xsi:type="dcterms:W3CDTF">2013-12-23T23:15:00Z</dcterms:created>
  <dcterms:modified xsi:type="dcterms:W3CDTF">2026-03-08T09:10:00Z</dcterms:modified>
  <cp:category/>
</cp:coreProperties>
</file>