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A214F" w14:textId="04015D38" w:rsidR="00132F2D" w:rsidRPr="00F12C1A" w:rsidRDefault="00F12C1A" w:rsidP="00F12C1A">
      <w:pPr>
        <w:spacing w:after="40" w:line="240" w:lineRule="auto"/>
        <w:rPr>
          <w:rFonts w:ascii="Times New Roman" w:hAnsi="Times New Roman" w:cs="Times New Roman"/>
        </w:rPr>
      </w:pPr>
      <w:proofErr w:type="spellStart"/>
      <w:r w:rsidRPr="00F12C1A">
        <w:rPr>
          <w:rFonts w:ascii="Times New Roman" w:hAnsi="Times New Roman" w:cs="Times New Roman"/>
          <w:b/>
        </w:rPr>
        <w:t>Etik</w:t>
      </w:r>
      <w:proofErr w:type="spellEnd"/>
      <w:r w:rsidRPr="00F12C1A">
        <w:rPr>
          <w:rFonts w:ascii="Times New Roman" w:hAnsi="Times New Roman" w:cs="Times New Roman"/>
          <w:b/>
        </w:rPr>
        <w:t xml:space="preserve"> Beyan </w:t>
      </w:r>
      <w:proofErr w:type="spellStart"/>
      <w:r w:rsidRPr="00F12C1A">
        <w:rPr>
          <w:rFonts w:ascii="Times New Roman" w:hAnsi="Times New Roman" w:cs="Times New Roman"/>
          <w:b/>
        </w:rPr>
        <w:t>ve</w:t>
      </w:r>
      <w:proofErr w:type="spellEnd"/>
      <w:r w:rsidRPr="00F12C1A">
        <w:rPr>
          <w:rFonts w:ascii="Times New Roman" w:hAnsi="Times New Roman" w:cs="Times New Roman"/>
          <w:b/>
        </w:rPr>
        <w:t xml:space="preserve"> </w:t>
      </w:r>
      <w:proofErr w:type="spellStart"/>
      <w:r w:rsidRPr="00F12C1A">
        <w:rPr>
          <w:rFonts w:ascii="Times New Roman" w:hAnsi="Times New Roman" w:cs="Times New Roman"/>
          <w:b/>
        </w:rPr>
        <w:t>İzin</w:t>
      </w:r>
      <w:proofErr w:type="spellEnd"/>
      <w:r w:rsidRPr="00F12C1A">
        <w:rPr>
          <w:rFonts w:ascii="Times New Roman" w:hAnsi="Times New Roman" w:cs="Times New Roman"/>
          <w:b/>
        </w:rPr>
        <w:t xml:space="preserve"> Formu</w:t>
      </w:r>
    </w:p>
    <w:p w14:paraId="6F4CC596" w14:textId="77777777" w:rsidR="00132F2D" w:rsidRPr="00F12C1A" w:rsidRDefault="00000000" w:rsidP="00F12C1A">
      <w:pPr>
        <w:spacing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Times New Roman" w:hAnsi="Times New Roman" w:cs="Times New Roman"/>
        </w:rPr>
        <w:t>Bu form, ARGEK'e sunulacak çalışmaların etik ilkelere, izin süreçlerine ve kişisel verilerin korunmasına uygunluğunun beyanı amacıyla doldurulur.</w:t>
      </w:r>
    </w:p>
    <w:p w14:paraId="6F450F4A" w14:textId="77777777" w:rsidR="00132F2D" w:rsidRPr="00F12C1A" w:rsidRDefault="00000000">
      <w:pPr>
        <w:spacing w:before="200" w:after="80" w:line="240" w:lineRule="auto"/>
        <w:rPr>
          <w:rFonts w:ascii="Times New Roman" w:hAnsi="Times New Roman" w:cs="Times New Roman"/>
        </w:rPr>
      </w:pPr>
      <w:r w:rsidRPr="00F12C1A">
        <w:rPr>
          <w:rFonts w:ascii="Times New Roman" w:hAnsi="Times New Roman" w:cs="Times New Roman"/>
          <w:b/>
        </w:rPr>
        <w:t>A. Çalışma Bilgileri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82"/>
        <w:gridCol w:w="3395"/>
        <w:gridCol w:w="1981"/>
        <w:gridCol w:w="2830"/>
      </w:tblGrid>
      <w:tr w:rsidR="00132F2D" w:rsidRPr="00F12C1A" w14:paraId="56F433F3" w14:textId="77777777">
        <w:trPr>
          <w:jc w:val="center"/>
        </w:trPr>
        <w:tc>
          <w:tcPr>
            <w:tcW w:w="1984" w:type="dxa"/>
            <w:vAlign w:val="center"/>
          </w:tcPr>
          <w:p w14:paraId="47687734" w14:textId="77777777" w:rsidR="00132F2D" w:rsidRPr="007D69F6" w:rsidRDefault="0000000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6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Çalışma Başlığı</w:t>
            </w:r>
          </w:p>
        </w:tc>
        <w:tc>
          <w:tcPr>
            <w:tcW w:w="3402" w:type="dxa"/>
            <w:vAlign w:val="center"/>
          </w:tcPr>
          <w:p w14:paraId="0DB1E055" w14:textId="77777777" w:rsidR="00132F2D" w:rsidRPr="007D69F6" w:rsidRDefault="00132F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BF7D991" w14:textId="77777777" w:rsidR="00132F2D" w:rsidRPr="007D69F6" w:rsidRDefault="0000000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6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Çalışma Türü</w:t>
            </w:r>
          </w:p>
        </w:tc>
        <w:tc>
          <w:tcPr>
            <w:tcW w:w="2835" w:type="dxa"/>
            <w:vAlign w:val="center"/>
          </w:tcPr>
          <w:p w14:paraId="3DFCF05B" w14:textId="77777777" w:rsidR="00BF174F" w:rsidRPr="007D69F6" w:rsidRDefault="00000000">
            <w:pPr>
              <w:rPr>
                <w:rFonts w:ascii="Times New Roman" w:hAnsi="Times New Roman" w:cs="Times New Roman"/>
              </w:rPr>
            </w:pPr>
            <w:r w:rsidRPr="007D69F6">
              <w:rPr>
                <w:rFonts w:ascii="Segoe UI Symbol" w:hAnsi="Segoe UI Symbol" w:cs="Segoe UI Symbol"/>
              </w:rPr>
              <w:t>☐</w:t>
            </w:r>
            <w:r w:rsidRPr="007D69F6">
              <w:rPr>
                <w:rFonts w:ascii="Times New Roman" w:hAnsi="Times New Roman" w:cs="Times New Roman"/>
              </w:rPr>
              <w:t xml:space="preserve"> Sözlü </w:t>
            </w:r>
            <w:r w:rsidR="00BF174F" w:rsidRPr="007D69F6">
              <w:rPr>
                <w:rFonts w:ascii="Times New Roman" w:hAnsi="Times New Roman" w:cs="Times New Roman"/>
              </w:rPr>
              <w:t xml:space="preserve">Bildiri </w:t>
            </w:r>
          </w:p>
          <w:p w14:paraId="6E6294D2" w14:textId="12721784" w:rsidR="00132F2D" w:rsidRPr="00F12C1A" w:rsidRDefault="00BF174F">
            <w:pPr>
              <w:rPr>
                <w:rFonts w:ascii="Times New Roman" w:hAnsi="Times New Roman" w:cs="Times New Roman"/>
              </w:rPr>
            </w:pPr>
            <w:r w:rsidRPr="007D69F6">
              <w:rPr>
                <w:rFonts w:ascii="Segoe UI Symbol" w:hAnsi="Segoe UI Symbol" w:cs="Segoe UI Symbol"/>
              </w:rPr>
              <w:t>☐</w:t>
            </w:r>
            <w:r w:rsidRPr="007D69F6">
              <w:rPr>
                <w:rFonts w:ascii="Times New Roman" w:hAnsi="Times New Roman" w:cs="Times New Roman"/>
              </w:rPr>
              <w:t xml:space="preserve"> Poster Bildiri</w:t>
            </w:r>
          </w:p>
        </w:tc>
      </w:tr>
      <w:tr w:rsidR="00132F2D" w:rsidRPr="00F12C1A" w14:paraId="1E9F89B1" w14:textId="77777777">
        <w:trPr>
          <w:jc w:val="center"/>
        </w:trPr>
        <w:tc>
          <w:tcPr>
            <w:tcW w:w="1984" w:type="dxa"/>
            <w:vAlign w:val="center"/>
          </w:tcPr>
          <w:p w14:paraId="7179CE43" w14:textId="6068F44C" w:rsidR="00132F2D" w:rsidRPr="007D69F6" w:rsidRDefault="00F12C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6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Alt Tema</w:t>
            </w:r>
          </w:p>
        </w:tc>
        <w:tc>
          <w:tcPr>
            <w:tcW w:w="3402" w:type="dxa"/>
            <w:vAlign w:val="center"/>
          </w:tcPr>
          <w:p w14:paraId="58E53D69" w14:textId="77777777" w:rsidR="00132F2D" w:rsidRDefault="00132F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5BC832" w14:textId="77777777" w:rsidR="007D69F6" w:rsidRPr="007D69F6" w:rsidRDefault="007D6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EACA23" w14:textId="77777777" w:rsidR="00BF174F" w:rsidRPr="007D69F6" w:rsidRDefault="00BF17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2598CD7" w14:textId="77777777" w:rsidR="00132F2D" w:rsidRPr="007D69F6" w:rsidRDefault="0000000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6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Anahtar Kelimeler</w:t>
            </w:r>
          </w:p>
        </w:tc>
        <w:tc>
          <w:tcPr>
            <w:tcW w:w="2835" w:type="dxa"/>
            <w:vAlign w:val="center"/>
          </w:tcPr>
          <w:p w14:paraId="107CCBB5" w14:textId="77777777" w:rsidR="00132F2D" w:rsidRPr="00F12C1A" w:rsidRDefault="00132F2D">
            <w:pPr>
              <w:rPr>
                <w:rFonts w:ascii="Times New Roman" w:hAnsi="Times New Roman" w:cs="Times New Roman"/>
              </w:rPr>
            </w:pPr>
          </w:p>
        </w:tc>
      </w:tr>
      <w:tr w:rsidR="00132F2D" w:rsidRPr="00F12C1A" w14:paraId="0809DE5F" w14:textId="77777777">
        <w:trPr>
          <w:jc w:val="center"/>
        </w:trPr>
        <w:tc>
          <w:tcPr>
            <w:tcW w:w="1984" w:type="dxa"/>
            <w:vAlign w:val="center"/>
          </w:tcPr>
          <w:p w14:paraId="697201D9" w14:textId="77777777" w:rsidR="00132F2D" w:rsidRPr="007D69F6" w:rsidRDefault="0000000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6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Sorumlu Öğrenci</w:t>
            </w:r>
          </w:p>
        </w:tc>
        <w:tc>
          <w:tcPr>
            <w:tcW w:w="3402" w:type="dxa"/>
            <w:vAlign w:val="center"/>
          </w:tcPr>
          <w:p w14:paraId="4028B62D" w14:textId="77777777" w:rsidR="00132F2D" w:rsidRPr="007D69F6" w:rsidRDefault="00132F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01AC74" w14:textId="77777777" w:rsidR="00BF174F" w:rsidRDefault="00BF17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BDC4A9" w14:textId="77777777" w:rsidR="007D69F6" w:rsidRPr="007D69F6" w:rsidRDefault="007D6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C2E77A2" w14:textId="5B6CE3C4" w:rsidR="00132F2D" w:rsidRPr="007D69F6" w:rsidRDefault="00BF174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6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İletişim (e-posta / telefon)</w:t>
            </w:r>
          </w:p>
        </w:tc>
        <w:tc>
          <w:tcPr>
            <w:tcW w:w="2835" w:type="dxa"/>
            <w:vAlign w:val="center"/>
          </w:tcPr>
          <w:p w14:paraId="4DB085CD" w14:textId="77777777" w:rsidR="00132F2D" w:rsidRPr="00F12C1A" w:rsidRDefault="00132F2D">
            <w:pPr>
              <w:rPr>
                <w:rFonts w:ascii="Times New Roman" w:hAnsi="Times New Roman" w:cs="Times New Roman"/>
              </w:rPr>
            </w:pPr>
          </w:p>
        </w:tc>
      </w:tr>
      <w:tr w:rsidR="00132F2D" w:rsidRPr="00F12C1A" w14:paraId="25BB5049" w14:textId="77777777">
        <w:trPr>
          <w:jc w:val="center"/>
        </w:trPr>
        <w:tc>
          <w:tcPr>
            <w:tcW w:w="1984" w:type="dxa"/>
            <w:vAlign w:val="center"/>
          </w:tcPr>
          <w:p w14:paraId="7DA48E44" w14:textId="77777777" w:rsidR="00132F2D" w:rsidRPr="007D69F6" w:rsidRDefault="0000000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6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Kayıtlı Okul (Lise)</w:t>
            </w:r>
          </w:p>
        </w:tc>
        <w:tc>
          <w:tcPr>
            <w:tcW w:w="3402" w:type="dxa"/>
            <w:vAlign w:val="center"/>
          </w:tcPr>
          <w:p w14:paraId="1D0297F4" w14:textId="77777777" w:rsidR="00132F2D" w:rsidRDefault="00132F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F2C9E7" w14:textId="77777777" w:rsidR="007D69F6" w:rsidRPr="007D69F6" w:rsidRDefault="007D6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9387EDA" w14:textId="77B1185D" w:rsidR="00132F2D" w:rsidRPr="007D69F6" w:rsidRDefault="002025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6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Başvuru Yapılan Okul/ Kurum</w:t>
            </w:r>
          </w:p>
        </w:tc>
        <w:tc>
          <w:tcPr>
            <w:tcW w:w="2835" w:type="dxa"/>
            <w:vAlign w:val="center"/>
          </w:tcPr>
          <w:p w14:paraId="07676C88" w14:textId="77777777" w:rsidR="00132F2D" w:rsidRPr="00F12C1A" w:rsidRDefault="00132F2D">
            <w:pPr>
              <w:rPr>
                <w:rFonts w:ascii="Times New Roman" w:hAnsi="Times New Roman" w:cs="Times New Roman"/>
              </w:rPr>
            </w:pPr>
          </w:p>
        </w:tc>
      </w:tr>
      <w:tr w:rsidR="00132F2D" w:rsidRPr="00F12C1A" w14:paraId="7395B6FA" w14:textId="77777777">
        <w:trPr>
          <w:jc w:val="center"/>
        </w:trPr>
        <w:tc>
          <w:tcPr>
            <w:tcW w:w="1984" w:type="dxa"/>
            <w:vAlign w:val="center"/>
          </w:tcPr>
          <w:p w14:paraId="1E03C0CF" w14:textId="77777777" w:rsidR="00132F2D" w:rsidRPr="007D69F6" w:rsidRDefault="0000000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6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Danışman Öğretmen</w:t>
            </w:r>
          </w:p>
        </w:tc>
        <w:tc>
          <w:tcPr>
            <w:tcW w:w="3402" w:type="dxa"/>
            <w:vAlign w:val="center"/>
          </w:tcPr>
          <w:p w14:paraId="2994C567" w14:textId="77777777" w:rsidR="00132F2D" w:rsidRDefault="00132F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5F1F94" w14:textId="77777777" w:rsidR="007D69F6" w:rsidRDefault="007D6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089932" w14:textId="77777777" w:rsidR="007D69F6" w:rsidRPr="007D69F6" w:rsidRDefault="007D6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1E9DE65" w14:textId="0950284C" w:rsidR="00132F2D" w:rsidRPr="007D69F6" w:rsidRDefault="00BF174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6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İletişim (e-posta / telefon) </w:t>
            </w:r>
          </w:p>
        </w:tc>
        <w:tc>
          <w:tcPr>
            <w:tcW w:w="2835" w:type="dxa"/>
            <w:vAlign w:val="center"/>
          </w:tcPr>
          <w:p w14:paraId="54058A41" w14:textId="77777777" w:rsidR="00132F2D" w:rsidRPr="00F12C1A" w:rsidRDefault="00132F2D">
            <w:pPr>
              <w:rPr>
                <w:rFonts w:ascii="Times New Roman" w:hAnsi="Times New Roman" w:cs="Times New Roman"/>
              </w:rPr>
            </w:pPr>
          </w:p>
        </w:tc>
      </w:tr>
      <w:tr w:rsidR="00132F2D" w:rsidRPr="00F12C1A" w14:paraId="021F85C4" w14:textId="77777777">
        <w:trPr>
          <w:jc w:val="center"/>
        </w:trPr>
        <w:tc>
          <w:tcPr>
            <w:tcW w:w="1984" w:type="dxa"/>
            <w:vAlign w:val="center"/>
          </w:tcPr>
          <w:p w14:paraId="6C0F89C3" w14:textId="77777777" w:rsidR="00132F2D" w:rsidRPr="007D69F6" w:rsidRDefault="00BF174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6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Branş</w:t>
            </w:r>
          </w:p>
          <w:p w14:paraId="51998D14" w14:textId="60566DD6" w:rsidR="00BF174F" w:rsidRPr="007D69F6" w:rsidRDefault="00BF174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7BEE1960" w14:textId="77777777" w:rsidR="00132F2D" w:rsidRDefault="00132F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E52291" w14:textId="77777777" w:rsidR="007D69F6" w:rsidRDefault="007D6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C626A3" w14:textId="77777777" w:rsidR="007D69F6" w:rsidRPr="007D69F6" w:rsidRDefault="007D69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EC5040B" w14:textId="77777777" w:rsidR="00132F2D" w:rsidRPr="007D69F6" w:rsidRDefault="0000000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6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Başvuru Tarihi</w:t>
            </w:r>
          </w:p>
        </w:tc>
        <w:tc>
          <w:tcPr>
            <w:tcW w:w="2835" w:type="dxa"/>
            <w:vAlign w:val="center"/>
          </w:tcPr>
          <w:p w14:paraId="1739091E" w14:textId="761033F8" w:rsidR="00132F2D" w:rsidRPr="00F12C1A" w:rsidRDefault="00000000">
            <w:pPr>
              <w:rPr>
                <w:rFonts w:ascii="Times New Roman" w:hAnsi="Times New Roman" w:cs="Times New Roman"/>
              </w:rPr>
            </w:pPr>
            <w:r w:rsidRPr="00F12C1A">
              <w:rPr>
                <w:rFonts w:ascii="Times New Roman" w:hAnsi="Times New Roman" w:cs="Times New Roman"/>
              </w:rPr>
              <w:t>____ / ___</w:t>
            </w:r>
            <w:r w:rsidR="00BF174F" w:rsidRPr="00F12C1A">
              <w:rPr>
                <w:rFonts w:ascii="Times New Roman" w:hAnsi="Times New Roman" w:cs="Times New Roman"/>
              </w:rPr>
              <w:t xml:space="preserve">_ / </w:t>
            </w:r>
            <w:r w:rsidRPr="00F12C1A">
              <w:rPr>
                <w:rFonts w:ascii="Times New Roman" w:hAnsi="Times New Roman" w:cs="Times New Roman"/>
              </w:rPr>
              <w:t>_____</w:t>
            </w:r>
          </w:p>
        </w:tc>
      </w:tr>
    </w:tbl>
    <w:p w14:paraId="434FD378" w14:textId="077553D7" w:rsidR="00BF174F" w:rsidRDefault="00BF174F" w:rsidP="00A756E7">
      <w:pPr>
        <w:spacing w:before="200" w:after="8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NOT: </w:t>
      </w:r>
      <w:r w:rsidR="00A756E7" w:rsidRPr="00251912">
        <w:rPr>
          <w:rFonts w:ascii="Times New Roman" w:hAnsi="Times New Roman" w:cs="Times New Roman"/>
          <w:bCs/>
          <w:i/>
          <w:iCs/>
        </w:rPr>
        <w:t>BİLSEM’den yapılan başvurularında “Başvuru Yapılan Okul/Kurum” BİLSEM, “Kayıtlı Okul (Lise)” öğrencinin kayıtlı lisesidir. Lise üzerinden</w:t>
      </w:r>
      <w:r w:rsidR="005A25A9">
        <w:rPr>
          <w:rFonts w:ascii="Times New Roman" w:hAnsi="Times New Roman" w:cs="Times New Roman"/>
          <w:bCs/>
          <w:i/>
          <w:iCs/>
        </w:rPr>
        <w:t xml:space="preserve"> yapılan</w:t>
      </w:r>
      <w:r w:rsidR="00A756E7" w:rsidRPr="00251912">
        <w:rPr>
          <w:rFonts w:ascii="Times New Roman" w:hAnsi="Times New Roman" w:cs="Times New Roman"/>
          <w:bCs/>
          <w:i/>
          <w:iCs/>
        </w:rPr>
        <w:t xml:space="preserve"> başvurularda iki alan da aynı doldurulur.</w:t>
      </w:r>
    </w:p>
    <w:p w14:paraId="0E5B56B8" w14:textId="2B24F175" w:rsidR="00132F2D" w:rsidRPr="00F12C1A" w:rsidRDefault="00000000">
      <w:pPr>
        <w:spacing w:before="200" w:after="80" w:line="240" w:lineRule="auto"/>
        <w:rPr>
          <w:rFonts w:ascii="Times New Roman" w:hAnsi="Times New Roman" w:cs="Times New Roman"/>
        </w:rPr>
      </w:pPr>
      <w:r w:rsidRPr="00F12C1A">
        <w:rPr>
          <w:rFonts w:ascii="Times New Roman" w:hAnsi="Times New Roman" w:cs="Times New Roman"/>
          <w:b/>
        </w:rPr>
        <w:t>B. Yazar Bilgileri (Sorumlu Öğrenci Dahil)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3402"/>
        <w:gridCol w:w="992"/>
        <w:gridCol w:w="1750"/>
      </w:tblGrid>
      <w:tr w:rsidR="00132F2D" w:rsidRPr="00F12C1A" w14:paraId="3AD7FC87" w14:textId="77777777" w:rsidTr="00755F92">
        <w:trPr>
          <w:jc w:val="center"/>
        </w:trPr>
        <w:tc>
          <w:tcPr>
            <w:tcW w:w="3828" w:type="dxa"/>
          </w:tcPr>
          <w:p w14:paraId="611A9242" w14:textId="45FD2DB5" w:rsidR="00132F2D" w:rsidRPr="00251912" w:rsidRDefault="00000000" w:rsidP="002519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912">
              <w:rPr>
                <w:rFonts w:ascii="Times New Roman" w:hAnsi="Times New Roman" w:cs="Times New Roman"/>
                <w:b/>
                <w:bCs/>
              </w:rPr>
              <w:t>Ad</w:t>
            </w:r>
            <w:r w:rsidR="00755F92" w:rsidRPr="00251912">
              <w:rPr>
                <w:rFonts w:ascii="Times New Roman" w:hAnsi="Times New Roman" w:cs="Times New Roman"/>
                <w:b/>
                <w:bCs/>
              </w:rPr>
              <w:t>ı ve</w:t>
            </w:r>
            <w:r w:rsidRPr="00251912">
              <w:rPr>
                <w:rFonts w:ascii="Times New Roman" w:hAnsi="Times New Roman" w:cs="Times New Roman"/>
                <w:b/>
                <w:bCs/>
              </w:rPr>
              <w:t xml:space="preserve"> Soyad</w:t>
            </w:r>
            <w:r w:rsidR="00755F92" w:rsidRPr="00251912">
              <w:rPr>
                <w:rFonts w:ascii="Times New Roman" w:hAnsi="Times New Roman" w:cs="Times New Roman"/>
                <w:b/>
                <w:bCs/>
              </w:rPr>
              <w:t>ı</w:t>
            </w:r>
          </w:p>
        </w:tc>
        <w:tc>
          <w:tcPr>
            <w:tcW w:w="3402" w:type="dxa"/>
          </w:tcPr>
          <w:p w14:paraId="5369CE69" w14:textId="001B861D" w:rsidR="00132F2D" w:rsidRPr="00251912" w:rsidRDefault="00000000" w:rsidP="002519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912">
              <w:rPr>
                <w:rFonts w:ascii="Times New Roman" w:hAnsi="Times New Roman" w:cs="Times New Roman"/>
                <w:b/>
                <w:bCs/>
              </w:rPr>
              <w:t>Okul/</w:t>
            </w:r>
            <w:r w:rsidR="00755F92" w:rsidRPr="00251912">
              <w:rPr>
                <w:rFonts w:ascii="Times New Roman" w:hAnsi="Times New Roman" w:cs="Times New Roman"/>
                <w:b/>
                <w:bCs/>
              </w:rPr>
              <w:t>Kurum</w:t>
            </w:r>
          </w:p>
        </w:tc>
        <w:tc>
          <w:tcPr>
            <w:tcW w:w="992" w:type="dxa"/>
          </w:tcPr>
          <w:p w14:paraId="1D206338" w14:textId="77777777" w:rsidR="00132F2D" w:rsidRPr="00251912" w:rsidRDefault="00000000" w:rsidP="002519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912">
              <w:rPr>
                <w:rFonts w:ascii="Times New Roman" w:hAnsi="Times New Roman" w:cs="Times New Roman"/>
                <w:b/>
                <w:bCs/>
              </w:rPr>
              <w:t>Sınıf</w:t>
            </w:r>
          </w:p>
        </w:tc>
        <w:tc>
          <w:tcPr>
            <w:tcW w:w="1750" w:type="dxa"/>
          </w:tcPr>
          <w:p w14:paraId="7E8B2359" w14:textId="77777777" w:rsidR="00132F2D" w:rsidRPr="00251912" w:rsidRDefault="00000000" w:rsidP="002519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912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</w:tr>
      <w:tr w:rsidR="00132F2D" w:rsidRPr="00F12C1A" w14:paraId="4AC1C513" w14:textId="77777777" w:rsidTr="00755F92">
        <w:trPr>
          <w:jc w:val="center"/>
        </w:trPr>
        <w:tc>
          <w:tcPr>
            <w:tcW w:w="3828" w:type="dxa"/>
          </w:tcPr>
          <w:p w14:paraId="1BD6B901" w14:textId="77777777" w:rsidR="00132F2D" w:rsidRDefault="00132F2D">
            <w:pPr>
              <w:rPr>
                <w:rFonts w:ascii="Times New Roman" w:hAnsi="Times New Roman" w:cs="Times New Roman"/>
              </w:rPr>
            </w:pPr>
          </w:p>
          <w:p w14:paraId="0AFF8FCD" w14:textId="77777777" w:rsidR="00BD26E8" w:rsidRPr="00F12C1A" w:rsidRDefault="00BD26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93C6D43" w14:textId="77777777" w:rsidR="00132F2D" w:rsidRPr="00F12C1A" w:rsidRDefault="00132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E38693F" w14:textId="77777777" w:rsidR="00132F2D" w:rsidRPr="00F12C1A" w:rsidRDefault="00132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052A81CA" w14:textId="77777777" w:rsidR="00132F2D" w:rsidRPr="00F12C1A" w:rsidRDefault="00132F2D">
            <w:pPr>
              <w:rPr>
                <w:rFonts w:ascii="Times New Roman" w:hAnsi="Times New Roman" w:cs="Times New Roman"/>
              </w:rPr>
            </w:pPr>
          </w:p>
        </w:tc>
      </w:tr>
      <w:tr w:rsidR="00132F2D" w:rsidRPr="00F12C1A" w14:paraId="49EA023F" w14:textId="77777777" w:rsidTr="00755F92">
        <w:trPr>
          <w:jc w:val="center"/>
        </w:trPr>
        <w:tc>
          <w:tcPr>
            <w:tcW w:w="3828" w:type="dxa"/>
          </w:tcPr>
          <w:p w14:paraId="402EA04C" w14:textId="77777777" w:rsidR="00132F2D" w:rsidRDefault="00132F2D">
            <w:pPr>
              <w:rPr>
                <w:rFonts w:ascii="Times New Roman" w:hAnsi="Times New Roman" w:cs="Times New Roman"/>
              </w:rPr>
            </w:pPr>
          </w:p>
          <w:p w14:paraId="06B24791" w14:textId="77777777" w:rsidR="00BD26E8" w:rsidRPr="00F12C1A" w:rsidRDefault="00BD26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0703B1B" w14:textId="77777777" w:rsidR="00132F2D" w:rsidRPr="00F12C1A" w:rsidRDefault="00132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981B7A" w14:textId="77777777" w:rsidR="00132F2D" w:rsidRPr="00F12C1A" w:rsidRDefault="00132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2262F8A8" w14:textId="77777777" w:rsidR="00132F2D" w:rsidRPr="00F12C1A" w:rsidRDefault="00132F2D">
            <w:pPr>
              <w:rPr>
                <w:rFonts w:ascii="Times New Roman" w:hAnsi="Times New Roman" w:cs="Times New Roman"/>
              </w:rPr>
            </w:pPr>
          </w:p>
        </w:tc>
      </w:tr>
      <w:tr w:rsidR="00132F2D" w:rsidRPr="00F12C1A" w14:paraId="4BC07731" w14:textId="77777777" w:rsidTr="00755F92">
        <w:trPr>
          <w:jc w:val="center"/>
        </w:trPr>
        <w:tc>
          <w:tcPr>
            <w:tcW w:w="3828" w:type="dxa"/>
          </w:tcPr>
          <w:p w14:paraId="290C8A6C" w14:textId="77777777" w:rsidR="00132F2D" w:rsidRDefault="00132F2D">
            <w:pPr>
              <w:rPr>
                <w:rFonts w:ascii="Times New Roman" w:hAnsi="Times New Roman" w:cs="Times New Roman"/>
              </w:rPr>
            </w:pPr>
          </w:p>
          <w:p w14:paraId="31651416" w14:textId="77777777" w:rsidR="00BD26E8" w:rsidRPr="00F12C1A" w:rsidRDefault="00BD26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DC06ABC" w14:textId="77777777" w:rsidR="00132F2D" w:rsidRPr="00F12C1A" w:rsidRDefault="00132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9CB6080" w14:textId="77777777" w:rsidR="00132F2D" w:rsidRPr="00F12C1A" w:rsidRDefault="00132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7A41DCCC" w14:textId="77777777" w:rsidR="00132F2D" w:rsidRPr="00F12C1A" w:rsidRDefault="00132F2D">
            <w:pPr>
              <w:rPr>
                <w:rFonts w:ascii="Times New Roman" w:hAnsi="Times New Roman" w:cs="Times New Roman"/>
              </w:rPr>
            </w:pPr>
          </w:p>
        </w:tc>
      </w:tr>
    </w:tbl>
    <w:p w14:paraId="2B1D0F63" w14:textId="77777777" w:rsidR="00132F2D" w:rsidRPr="00F12C1A" w:rsidRDefault="00000000">
      <w:pPr>
        <w:spacing w:before="200" w:after="80" w:line="240" w:lineRule="auto"/>
        <w:rPr>
          <w:rFonts w:ascii="Times New Roman" w:hAnsi="Times New Roman" w:cs="Times New Roman"/>
        </w:rPr>
      </w:pPr>
      <w:r w:rsidRPr="00F12C1A">
        <w:rPr>
          <w:rFonts w:ascii="Times New Roman" w:hAnsi="Times New Roman" w:cs="Times New Roman"/>
          <w:b/>
        </w:rPr>
        <w:t>C. Etik, İzin ve KVKK Kontrol Listesi (İşaretleyiniz)</w:t>
      </w:r>
    </w:p>
    <w:p w14:paraId="14E40E47" w14:textId="77777777" w:rsidR="00132F2D" w:rsidRPr="00F12C1A" w:rsidRDefault="00000000" w:rsidP="009937C6">
      <w:pPr>
        <w:spacing w:after="8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Times New Roman" w:hAnsi="Times New Roman" w:cs="Times New Roman"/>
        </w:rPr>
        <w:t>Aşağıdaki beyanlar, çalışmada yazar olarak yer alan öğrenciler ve danışman öğretmen tarafından birlikte değerlendirilerek işaretlenir.</w:t>
      </w:r>
    </w:p>
    <w:p w14:paraId="0C046DF2" w14:textId="77777777" w:rsidR="00132F2D" w:rsidRPr="00F12C1A" w:rsidRDefault="00000000" w:rsidP="009937C6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Çalışma özgündür; intihal (kaynak göstermeden alıntı), veri uydurma veya veri çarpıtma </w:t>
      </w:r>
      <w:r w:rsidRPr="00F12C1A">
        <w:rPr>
          <w:rFonts w:ascii="Times New Roman" w:hAnsi="Times New Roman" w:cs="Times New Roman"/>
          <w:b/>
          <w:bCs/>
          <w:u w:val="single"/>
        </w:rPr>
        <w:t>yapılmamıştır.</w:t>
      </w:r>
    </w:p>
    <w:p w14:paraId="20FAA094" w14:textId="05463397" w:rsidR="00132F2D" w:rsidRPr="00F12C1A" w:rsidRDefault="00000000" w:rsidP="009937C6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Çalışma daha önce herhangi bir kongre/sempozyum/yarışma vb. bilimsel etkinlikte </w:t>
      </w:r>
      <w:r w:rsidRPr="00BD26E8">
        <w:rPr>
          <w:rFonts w:ascii="Times New Roman" w:hAnsi="Times New Roman" w:cs="Times New Roman"/>
          <w:b/>
          <w:bCs/>
          <w:u w:val="single"/>
        </w:rPr>
        <w:t>sunulmamış</w:t>
      </w:r>
      <w:r w:rsidRPr="009937C6">
        <w:rPr>
          <w:rFonts w:ascii="Times New Roman" w:hAnsi="Times New Roman" w:cs="Times New Roman"/>
          <w:b/>
          <w:bCs/>
        </w:rPr>
        <w:t xml:space="preserve"> </w:t>
      </w:r>
      <w:r w:rsidRPr="00F12C1A">
        <w:rPr>
          <w:rFonts w:ascii="Times New Roman" w:hAnsi="Times New Roman" w:cs="Times New Roman"/>
        </w:rPr>
        <w:t xml:space="preserve">veya </w:t>
      </w:r>
      <w:r w:rsidRPr="00F12C1A">
        <w:rPr>
          <w:rFonts w:ascii="Times New Roman" w:hAnsi="Times New Roman" w:cs="Times New Roman"/>
          <w:b/>
          <w:bCs/>
          <w:u w:val="single"/>
        </w:rPr>
        <w:t>yayımlanmamıştır.</w:t>
      </w:r>
    </w:p>
    <w:p w14:paraId="49EF0211" w14:textId="771D3642" w:rsidR="00132F2D" w:rsidRPr="00F12C1A" w:rsidRDefault="00000000" w:rsidP="009937C6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</w:t>
      </w:r>
      <w:r w:rsidR="00F12C1A">
        <w:rPr>
          <w:rFonts w:ascii="Times New Roman" w:hAnsi="Times New Roman" w:cs="Times New Roman"/>
        </w:rPr>
        <w:t xml:space="preserve">Değerlendirilmek amacıyla </w:t>
      </w:r>
      <w:r w:rsidRPr="00F12C1A">
        <w:rPr>
          <w:rFonts w:ascii="Times New Roman" w:hAnsi="Times New Roman" w:cs="Times New Roman"/>
        </w:rPr>
        <w:t>gönderilen genişletilmiş özet/poster dosyasında yazar, okul/</w:t>
      </w:r>
      <w:r w:rsidR="00F12C1A">
        <w:rPr>
          <w:rFonts w:ascii="Times New Roman" w:hAnsi="Times New Roman" w:cs="Times New Roman"/>
        </w:rPr>
        <w:t>kurum</w:t>
      </w:r>
      <w:r w:rsidRPr="00F12C1A">
        <w:rPr>
          <w:rFonts w:ascii="Times New Roman" w:hAnsi="Times New Roman" w:cs="Times New Roman"/>
        </w:rPr>
        <w:t xml:space="preserve"> ve danışman bilgileri </w:t>
      </w:r>
      <w:r w:rsidRPr="009937C6">
        <w:rPr>
          <w:rFonts w:ascii="Times New Roman" w:hAnsi="Times New Roman" w:cs="Times New Roman"/>
          <w:b/>
          <w:bCs/>
          <w:u w:val="single"/>
        </w:rPr>
        <w:t>yer a</w:t>
      </w:r>
      <w:r w:rsidRPr="00F12C1A">
        <w:rPr>
          <w:rFonts w:ascii="Times New Roman" w:hAnsi="Times New Roman" w:cs="Times New Roman"/>
          <w:b/>
          <w:bCs/>
          <w:u w:val="single"/>
        </w:rPr>
        <w:t>lmamaktadır.</w:t>
      </w:r>
    </w:p>
    <w:p w14:paraId="712F17C5" w14:textId="77777777" w:rsidR="00132F2D" w:rsidRPr="00F12C1A" w:rsidRDefault="00000000" w:rsidP="009937C6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Çalışmada kullanılan kaynaklar uygun biçimde gösterilmiş ve gerekli alıntı kurallarına uyulmuştur.</w:t>
      </w:r>
    </w:p>
    <w:p w14:paraId="36AFD95A" w14:textId="77777777" w:rsidR="00132F2D" w:rsidRPr="00F12C1A" w:rsidRDefault="00000000" w:rsidP="009937C6">
      <w:pPr>
        <w:spacing w:before="200" w:after="8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Times New Roman" w:hAnsi="Times New Roman" w:cs="Times New Roman"/>
          <w:b/>
        </w:rPr>
        <w:t>D. İnsan Katılımcılı Çalışmalar (Varsa)</w:t>
      </w:r>
    </w:p>
    <w:p w14:paraId="1332240B" w14:textId="684059E0" w:rsidR="00132F2D" w:rsidRPr="00F12C1A" w:rsidRDefault="00000000" w:rsidP="009937C6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Times New Roman" w:hAnsi="Times New Roman" w:cs="Times New Roman"/>
        </w:rPr>
        <w:t xml:space="preserve">Çalışmada insan katılımcılardan veri toplandı mı?  </w:t>
      </w:r>
      <w:r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</w:t>
      </w:r>
      <w:r w:rsidR="00DB4BCE" w:rsidRPr="00F12C1A">
        <w:rPr>
          <w:rFonts w:ascii="Times New Roman" w:hAnsi="Times New Roman" w:cs="Times New Roman"/>
        </w:rPr>
        <w:t xml:space="preserve">Hayır </w:t>
      </w:r>
      <w:r w:rsidR="00DB4BCE"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Evet</w:t>
      </w:r>
    </w:p>
    <w:p w14:paraId="059D8561" w14:textId="7590F6CA" w:rsidR="00132F2D" w:rsidRPr="00F12C1A" w:rsidRDefault="00000000" w:rsidP="009937C6">
      <w:pPr>
        <w:spacing w:after="8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Times New Roman" w:hAnsi="Times New Roman" w:cs="Times New Roman"/>
        </w:rPr>
        <w:t xml:space="preserve">Evet ise işaretleyiniz:  </w:t>
      </w:r>
      <w:r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18 yaş ve üzeri (</w:t>
      </w:r>
      <w:r w:rsidR="00DB4BCE" w:rsidRPr="00F12C1A">
        <w:rPr>
          <w:rFonts w:ascii="Times New Roman" w:hAnsi="Times New Roman" w:cs="Times New Roman"/>
        </w:rPr>
        <w:t xml:space="preserve">yetişkin) </w:t>
      </w:r>
      <w:r w:rsidR="00DB4BCE"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18 yaş altı (</w:t>
      </w:r>
      <w:r w:rsidR="00BD26E8" w:rsidRPr="00F12C1A">
        <w:rPr>
          <w:rFonts w:ascii="Times New Roman" w:hAnsi="Times New Roman" w:cs="Times New Roman"/>
        </w:rPr>
        <w:t xml:space="preserve">çocuk) </w:t>
      </w:r>
      <w:r w:rsidR="00BD26E8"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Her ikisi</w:t>
      </w:r>
    </w:p>
    <w:p w14:paraId="07128361" w14:textId="1DB2E4B7" w:rsidR="00132F2D" w:rsidRPr="00F12C1A" w:rsidRDefault="00000000" w:rsidP="009937C6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Yetişkin katılımcılar için Bilgilendirme ve Gönüllü Katılım alınmıştır (ıslak imza</w:t>
      </w:r>
      <w:r w:rsidR="00F12C1A">
        <w:rPr>
          <w:rFonts w:ascii="Times New Roman" w:hAnsi="Times New Roman" w:cs="Times New Roman"/>
        </w:rPr>
        <w:t>lı</w:t>
      </w:r>
      <w:r w:rsidRPr="00F12C1A">
        <w:rPr>
          <w:rFonts w:ascii="Times New Roman" w:hAnsi="Times New Roman" w:cs="Times New Roman"/>
        </w:rPr>
        <w:t>).</w:t>
      </w:r>
    </w:p>
    <w:p w14:paraId="6C46C8FF" w14:textId="5C8E5A2D" w:rsidR="00132F2D" w:rsidRPr="00F12C1A" w:rsidRDefault="00000000" w:rsidP="009937C6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18 yaş altı katılımcılar için </w:t>
      </w:r>
      <w:r w:rsidR="00251912">
        <w:rPr>
          <w:rFonts w:ascii="Times New Roman" w:hAnsi="Times New Roman" w:cs="Times New Roman"/>
        </w:rPr>
        <w:t xml:space="preserve">Gönüllü Katılım ve </w:t>
      </w:r>
      <w:r w:rsidRPr="00F12C1A">
        <w:rPr>
          <w:rFonts w:ascii="Times New Roman" w:hAnsi="Times New Roman" w:cs="Times New Roman"/>
        </w:rPr>
        <w:t>Veli/Vasi Onamı alınmıştır.</w:t>
      </w:r>
      <w:r w:rsidR="00251912">
        <w:rPr>
          <w:rFonts w:ascii="Times New Roman" w:hAnsi="Times New Roman" w:cs="Times New Roman"/>
        </w:rPr>
        <w:t xml:space="preserve"> (ıslak imzalı)</w:t>
      </w:r>
    </w:p>
    <w:p w14:paraId="7299D7A5" w14:textId="77777777" w:rsidR="00132F2D" w:rsidRPr="00F12C1A" w:rsidRDefault="00000000" w:rsidP="009937C6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Görüşme/ses kaydı/fotoğraf/video kaydı yapıldıysa ayrıca görsel/işitsel kayıt izni alınmıştır.</w:t>
      </w:r>
    </w:p>
    <w:p w14:paraId="12F2BC45" w14:textId="77777777" w:rsidR="00132F2D" w:rsidRDefault="00000000" w:rsidP="009937C6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Katılımcı verileri mümkün olduğunca anonimleştirilmiş, yalnızca gerekli veriler toplanmıştır ve güvenli biçimde saklanmaktadır.</w:t>
      </w:r>
    </w:p>
    <w:p w14:paraId="267709C2" w14:textId="77777777" w:rsidR="00BD26E8" w:rsidRPr="00F12C1A" w:rsidRDefault="00BD26E8">
      <w:pPr>
        <w:spacing w:after="40" w:line="240" w:lineRule="auto"/>
        <w:rPr>
          <w:rFonts w:ascii="Times New Roman" w:hAnsi="Times New Roman" w:cs="Times New Roman"/>
        </w:rPr>
      </w:pPr>
    </w:p>
    <w:p w14:paraId="052D6921" w14:textId="54CEBFBE" w:rsidR="00132F2D" w:rsidRPr="00F12C1A" w:rsidRDefault="00000000" w:rsidP="009937C6">
      <w:pPr>
        <w:spacing w:before="200" w:after="8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Times New Roman" w:hAnsi="Times New Roman" w:cs="Times New Roman"/>
          <w:b/>
        </w:rPr>
        <w:lastRenderedPageBreak/>
        <w:t xml:space="preserve">E. Ölçme Araçları </w:t>
      </w:r>
      <w:r w:rsidR="00251912">
        <w:rPr>
          <w:rFonts w:ascii="Times New Roman" w:hAnsi="Times New Roman" w:cs="Times New Roman"/>
          <w:b/>
        </w:rPr>
        <w:t>ile</w:t>
      </w:r>
      <w:r w:rsidRPr="00F12C1A">
        <w:rPr>
          <w:rFonts w:ascii="Times New Roman" w:hAnsi="Times New Roman" w:cs="Times New Roman"/>
          <w:b/>
        </w:rPr>
        <w:t xml:space="preserve"> Telif</w:t>
      </w:r>
      <w:r w:rsidR="00251912">
        <w:rPr>
          <w:rFonts w:ascii="Times New Roman" w:hAnsi="Times New Roman" w:cs="Times New Roman"/>
          <w:b/>
        </w:rPr>
        <w:t xml:space="preserve"> ve </w:t>
      </w:r>
      <w:r w:rsidRPr="00F12C1A">
        <w:rPr>
          <w:rFonts w:ascii="Times New Roman" w:hAnsi="Times New Roman" w:cs="Times New Roman"/>
          <w:b/>
        </w:rPr>
        <w:t>İzin (Varsa)</w:t>
      </w:r>
    </w:p>
    <w:p w14:paraId="72173FC0" w14:textId="77777777" w:rsidR="00DB4BCE" w:rsidRDefault="00000000" w:rsidP="009937C6">
      <w:pPr>
        <w:spacing w:after="8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Times New Roman" w:hAnsi="Times New Roman" w:cs="Times New Roman"/>
        </w:rPr>
        <w:t xml:space="preserve">Başka kişi/kurumlara ait anket/ölçek/test/envanter/görüşme formu vb. ölçme aracı kullanıldı mı?  </w:t>
      </w:r>
    </w:p>
    <w:p w14:paraId="3A26C419" w14:textId="7B597ACB" w:rsidR="00132F2D" w:rsidRPr="00F12C1A" w:rsidRDefault="00000000" w:rsidP="009937C6">
      <w:pPr>
        <w:spacing w:after="8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</w:t>
      </w:r>
      <w:r w:rsidR="00755F92" w:rsidRPr="00F12C1A">
        <w:rPr>
          <w:rFonts w:ascii="Times New Roman" w:hAnsi="Times New Roman" w:cs="Times New Roman"/>
        </w:rPr>
        <w:t xml:space="preserve">Hayır </w:t>
      </w:r>
      <w:r w:rsidR="00755F92"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Evet</w:t>
      </w:r>
    </w:p>
    <w:p w14:paraId="7C3DB3E4" w14:textId="77777777" w:rsidR="00132F2D" w:rsidRPr="00F12C1A" w:rsidRDefault="00000000" w:rsidP="009937C6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Kullanılan ölçme aracının hak sahibinden gerekli kullanım izni/lisansı alınmış ve çalışmada uygun biçimde atıf yapılmıştır.</w:t>
      </w:r>
    </w:p>
    <w:p w14:paraId="22DA86B1" w14:textId="77777777" w:rsidR="00132F2D" w:rsidRPr="00F12C1A" w:rsidRDefault="00000000" w:rsidP="009937C6">
      <w:pPr>
        <w:spacing w:before="200" w:after="8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Times New Roman" w:hAnsi="Times New Roman" w:cs="Times New Roman"/>
          <w:b/>
        </w:rPr>
        <w:t>F. Güvenlik ve Saha Uygulamaları (Varsa)</w:t>
      </w:r>
    </w:p>
    <w:p w14:paraId="346DF87D" w14:textId="2B7A195B" w:rsidR="00132F2D" w:rsidRPr="00F12C1A" w:rsidRDefault="00000000" w:rsidP="009937C6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Tehlikeli kimyasal/cihaz/deneysel düzenek </w:t>
      </w:r>
      <w:r w:rsidRPr="00BD26E8">
        <w:rPr>
          <w:rFonts w:ascii="Times New Roman" w:hAnsi="Times New Roman" w:cs="Times New Roman"/>
          <w:b/>
          <w:bCs/>
          <w:u w:val="single"/>
        </w:rPr>
        <w:t>kullanılmadı</w:t>
      </w:r>
      <w:r w:rsidRPr="00F12C1A">
        <w:rPr>
          <w:rFonts w:ascii="Times New Roman" w:hAnsi="Times New Roman" w:cs="Times New Roman"/>
        </w:rPr>
        <w:t xml:space="preserve"> veya kullanıldıysa okul/</w:t>
      </w:r>
      <w:r w:rsidR="00DB4BCE">
        <w:rPr>
          <w:rFonts w:ascii="Times New Roman" w:hAnsi="Times New Roman" w:cs="Times New Roman"/>
        </w:rPr>
        <w:t>kurum</w:t>
      </w:r>
      <w:r w:rsidR="007D69F6">
        <w:rPr>
          <w:rFonts w:ascii="Times New Roman" w:hAnsi="Times New Roman" w:cs="Times New Roman"/>
        </w:rPr>
        <w:t xml:space="preserve"> içi</w:t>
      </w:r>
      <w:r w:rsidRPr="00F12C1A">
        <w:rPr>
          <w:rFonts w:ascii="Times New Roman" w:hAnsi="Times New Roman" w:cs="Times New Roman"/>
        </w:rPr>
        <w:t xml:space="preserve"> güvenlik </w:t>
      </w:r>
      <w:r w:rsidR="007D69F6">
        <w:rPr>
          <w:rFonts w:ascii="Times New Roman" w:hAnsi="Times New Roman" w:cs="Times New Roman"/>
        </w:rPr>
        <w:t xml:space="preserve">tedbirleri </w:t>
      </w:r>
      <w:r w:rsidRPr="00F12C1A">
        <w:rPr>
          <w:rFonts w:ascii="Times New Roman" w:hAnsi="Times New Roman" w:cs="Times New Roman"/>
        </w:rPr>
        <w:t>ve gerekli izinler alınarak yürütüldü.</w:t>
      </w:r>
    </w:p>
    <w:p w14:paraId="79E2921F" w14:textId="77777777" w:rsidR="00132F2D" w:rsidRPr="00F12C1A" w:rsidRDefault="00000000" w:rsidP="009937C6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Saha uygulaması/kurum ziyareti/veri toplama için ilgili kurumdan gerekli izinler alınmıştır.</w:t>
      </w:r>
    </w:p>
    <w:p w14:paraId="040CB0BE" w14:textId="74A8D75F" w:rsidR="00132F2D" w:rsidRPr="00F12C1A" w:rsidRDefault="00000000" w:rsidP="009937C6">
      <w:pPr>
        <w:spacing w:before="200" w:after="8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Times New Roman" w:hAnsi="Times New Roman" w:cs="Times New Roman"/>
          <w:b/>
        </w:rPr>
        <w:t>G. Yapay Zeka Araç Kullanımı (Varsa)</w:t>
      </w:r>
    </w:p>
    <w:p w14:paraId="75E517B3" w14:textId="4E81D304" w:rsidR="00132F2D" w:rsidRPr="00F12C1A" w:rsidRDefault="00000000" w:rsidP="009937C6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Times New Roman" w:hAnsi="Times New Roman" w:cs="Times New Roman"/>
        </w:rPr>
        <w:t>Çalışmada yapay zeka</w:t>
      </w:r>
      <w:r w:rsidR="00BD26E8">
        <w:rPr>
          <w:rFonts w:ascii="Times New Roman" w:hAnsi="Times New Roman" w:cs="Times New Roman"/>
        </w:rPr>
        <w:t xml:space="preserve"> </w:t>
      </w:r>
      <w:r w:rsidRPr="00F12C1A">
        <w:rPr>
          <w:rFonts w:ascii="Times New Roman" w:hAnsi="Times New Roman" w:cs="Times New Roman"/>
        </w:rPr>
        <w:t>araç</w:t>
      </w:r>
      <w:r w:rsidR="00BD26E8">
        <w:rPr>
          <w:rFonts w:ascii="Times New Roman" w:hAnsi="Times New Roman" w:cs="Times New Roman"/>
        </w:rPr>
        <w:t>ları</w:t>
      </w:r>
      <w:r w:rsidRPr="00F12C1A">
        <w:rPr>
          <w:rFonts w:ascii="Times New Roman" w:hAnsi="Times New Roman" w:cs="Times New Roman"/>
        </w:rPr>
        <w:t xml:space="preserve"> kullanıldı mı?  </w:t>
      </w:r>
      <w:r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</w:t>
      </w:r>
      <w:r w:rsidR="009937C6" w:rsidRPr="00F12C1A">
        <w:rPr>
          <w:rFonts w:ascii="Times New Roman" w:hAnsi="Times New Roman" w:cs="Times New Roman"/>
        </w:rPr>
        <w:t xml:space="preserve">Hayır </w:t>
      </w:r>
      <w:r w:rsidR="009937C6" w:rsidRPr="00F12C1A">
        <w:rPr>
          <w:rFonts w:ascii="Segoe UI Symbol" w:hAnsi="Segoe UI Symbol" w:cs="Segoe UI Symbol"/>
        </w:rPr>
        <w:t>☐</w:t>
      </w:r>
      <w:r w:rsidRPr="00F12C1A">
        <w:rPr>
          <w:rFonts w:ascii="Times New Roman" w:hAnsi="Times New Roman" w:cs="Times New Roman"/>
        </w:rPr>
        <w:t xml:space="preserve"> Evet</w:t>
      </w:r>
    </w:p>
    <w:p w14:paraId="70CB3472" w14:textId="77777777" w:rsidR="00132F2D" w:rsidRDefault="00000000" w:rsidP="009937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Times New Roman" w:hAnsi="Times New Roman" w:cs="Times New Roman"/>
        </w:rPr>
        <w:t>Evet ise kullanılan araç(lar) ve katkı düzeyi (kısa): _________________________________________________</w:t>
      </w:r>
    </w:p>
    <w:p w14:paraId="597C655F" w14:textId="77777777" w:rsidR="00251912" w:rsidRPr="00F12C1A" w:rsidRDefault="00251912" w:rsidP="009937C6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3EA7F486" w14:textId="77777777" w:rsidR="00132F2D" w:rsidRPr="00F12C1A" w:rsidRDefault="00000000" w:rsidP="009937C6">
      <w:pPr>
        <w:spacing w:before="200" w:after="8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Times New Roman" w:hAnsi="Times New Roman" w:cs="Times New Roman"/>
          <w:b/>
        </w:rPr>
        <w:t>H. Belgelerin Muhafazası</w:t>
      </w:r>
    </w:p>
    <w:p w14:paraId="4C5C7CF0" w14:textId="7FC89117" w:rsidR="00132F2D" w:rsidRPr="00F12C1A" w:rsidRDefault="00000000" w:rsidP="009937C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12C1A">
        <w:rPr>
          <w:rFonts w:ascii="Times New Roman" w:hAnsi="Times New Roman" w:cs="Times New Roman"/>
        </w:rPr>
        <w:t>Bu form ile birlikte onam/izin belgeleri ve varsa ölçme aracı kullanım izni</w:t>
      </w:r>
      <w:r w:rsidR="00BF174F">
        <w:rPr>
          <w:rFonts w:ascii="Times New Roman" w:hAnsi="Times New Roman" w:cs="Times New Roman"/>
        </w:rPr>
        <w:t xml:space="preserve"> </w:t>
      </w:r>
      <w:r w:rsidRPr="00F12C1A">
        <w:rPr>
          <w:rFonts w:ascii="Times New Roman" w:hAnsi="Times New Roman" w:cs="Times New Roman"/>
        </w:rPr>
        <w:t>belgelerinin asılları, öğrencinin başvuru yaptığı okul</w:t>
      </w:r>
      <w:r w:rsidR="00F12C1A">
        <w:rPr>
          <w:rFonts w:ascii="Times New Roman" w:hAnsi="Times New Roman" w:cs="Times New Roman"/>
        </w:rPr>
        <w:t>/</w:t>
      </w:r>
      <w:r w:rsidRPr="00F12C1A">
        <w:rPr>
          <w:rFonts w:ascii="Times New Roman" w:hAnsi="Times New Roman" w:cs="Times New Roman"/>
        </w:rPr>
        <w:t>kurum müdürlüğünde muhafaza edilir. Düzenleme Kurulu</w:t>
      </w:r>
      <w:r w:rsidR="00F12C1A">
        <w:rPr>
          <w:rFonts w:ascii="Times New Roman" w:hAnsi="Times New Roman" w:cs="Times New Roman"/>
        </w:rPr>
        <w:t xml:space="preserve"> veya </w:t>
      </w:r>
      <w:r w:rsidRPr="00F12C1A">
        <w:rPr>
          <w:rFonts w:ascii="Times New Roman" w:hAnsi="Times New Roman" w:cs="Times New Roman"/>
        </w:rPr>
        <w:t>Bilim Kurulu gerekli gördüğünde belgeler ibraz edilir.</w:t>
      </w:r>
    </w:p>
    <w:p w14:paraId="152B27CE" w14:textId="6F02620F" w:rsidR="00F12C1A" w:rsidRPr="00755F92" w:rsidRDefault="00755F92" w:rsidP="00F12C1A">
      <w:pPr>
        <w:spacing w:before="200" w:after="8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 </w:t>
      </w:r>
      <w:r w:rsidRPr="00755F92">
        <w:rPr>
          <w:rFonts w:ascii="Times New Roman" w:hAnsi="Times New Roman" w:cs="Times New Roman"/>
          <w:b/>
        </w:rPr>
        <w:t>İmzalar</w:t>
      </w:r>
    </w:p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2528"/>
        <w:gridCol w:w="1511"/>
        <w:gridCol w:w="2977"/>
        <w:gridCol w:w="3096"/>
      </w:tblGrid>
      <w:tr w:rsidR="00F12C1A" w14:paraId="650CD840" w14:textId="77777777" w:rsidTr="00DB4BCE">
        <w:tc>
          <w:tcPr>
            <w:tcW w:w="2528" w:type="dxa"/>
          </w:tcPr>
          <w:p w14:paraId="3D72A46C" w14:textId="77777777" w:rsidR="00F12C1A" w:rsidRDefault="00F12C1A" w:rsidP="00F12C1A">
            <w:pPr>
              <w:spacing w:before="20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721A9281" w14:textId="4C43268C" w:rsidR="00F12C1A" w:rsidRDefault="00DB4BCE" w:rsidP="00DB4BCE">
            <w:pPr>
              <w:spacing w:before="200" w:after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Tarih</w:t>
            </w:r>
          </w:p>
        </w:tc>
        <w:tc>
          <w:tcPr>
            <w:tcW w:w="2977" w:type="dxa"/>
          </w:tcPr>
          <w:p w14:paraId="007365D0" w14:textId="443C3462" w:rsidR="00F12C1A" w:rsidRDefault="00DB4BCE" w:rsidP="00DB4BCE">
            <w:pPr>
              <w:spacing w:before="200" w:after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ve Soyadı</w:t>
            </w:r>
          </w:p>
        </w:tc>
        <w:tc>
          <w:tcPr>
            <w:tcW w:w="3096" w:type="dxa"/>
          </w:tcPr>
          <w:p w14:paraId="66159548" w14:textId="69BA0E8C" w:rsidR="00F12C1A" w:rsidRDefault="00DB4BCE" w:rsidP="00DB4BCE">
            <w:pPr>
              <w:spacing w:before="200" w:after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</w:tr>
      <w:tr w:rsidR="00F12C1A" w14:paraId="4833903A" w14:textId="77777777" w:rsidTr="00DB4BCE">
        <w:tc>
          <w:tcPr>
            <w:tcW w:w="2528" w:type="dxa"/>
          </w:tcPr>
          <w:p w14:paraId="5DBE915A" w14:textId="736E6517" w:rsidR="00F12C1A" w:rsidRDefault="00F12C1A" w:rsidP="00F12C1A">
            <w:pPr>
              <w:spacing w:before="200"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Sorumlu Öğrenci (Yazar)</w:t>
            </w:r>
          </w:p>
        </w:tc>
        <w:tc>
          <w:tcPr>
            <w:tcW w:w="1511" w:type="dxa"/>
          </w:tcPr>
          <w:p w14:paraId="72DB1969" w14:textId="77777777" w:rsidR="00F12C1A" w:rsidRDefault="00F12C1A" w:rsidP="00F12C1A">
            <w:pPr>
              <w:spacing w:before="200" w:after="8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A6ACAAD" w14:textId="77777777" w:rsidR="00F12C1A" w:rsidRDefault="00F12C1A" w:rsidP="00F12C1A">
            <w:pPr>
              <w:spacing w:before="200" w:after="80"/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14:paraId="4DEE40AA" w14:textId="77777777" w:rsidR="00F12C1A" w:rsidRDefault="00F12C1A" w:rsidP="00F12C1A">
            <w:pPr>
              <w:spacing w:before="200" w:after="80"/>
              <w:rPr>
                <w:rFonts w:ascii="Times New Roman" w:hAnsi="Times New Roman" w:cs="Times New Roman"/>
              </w:rPr>
            </w:pPr>
          </w:p>
        </w:tc>
      </w:tr>
      <w:tr w:rsidR="00F12C1A" w14:paraId="068432DD" w14:textId="77777777" w:rsidTr="00DB4BCE">
        <w:tc>
          <w:tcPr>
            <w:tcW w:w="2528" w:type="dxa"/>
          </w:tcPr>
          <w:p w14:paraId="7D30CC12" w14:textId="0EF8E075" w:rsidR="00F12C1A" w:rsidRDefault="00F12C1A" w:rsidP="00F12C1A">
            <w:pPr>
              <w:spacing w:before="200"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1511" w:type="dxa"/>
          </w:tcPr>
          <w:p w14:paraId="5411C7EC" w14:textId="77777777" w:rsidR="00F12C1A" w:rsidRDefault="00F12C1A" w:rsidP="00F12C1A">
            <w:pPr>
              <w:spacing w:before="200" w:after="8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92F8C77" w14:textId="77777777" w:rsidR="00F12C1A" w:rsidRDefault="00F12C1A" w:rsidP="00F12C1A">
            <w:pPr>
              <w:spacing w:before="200" w:after="80"/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14:paraId="402C8201" w14:textId="77777777" w:rsidR="00F12C1A" w:rsidRDefault="00F12C1A" w:rsidP="00F12C1A">
            <w:pPr>
              <w:spacing w:before="200" w:after="80"/>
              <w:rPr>
                <w:rFonts w:ascii="Times New Roman" w:hAnsi="Times New Roman" w:cs="Times New Roman"/>
              </w:rPr>
            </w:pPr>
          </w:p>
        </w:tc>
      </w:tr>
    </w:tbl>
    <w:p w14:paraId="53030355" w14:textId="77777777" w:rsidR="00F12C1A" w:rsidRDefault="00F12C1A" w:rsidP="00F12C1A">
      <w:pPr>
        <w:spacing w:before="200" w:after="80" w:line="240" w:lineRule="auto"/>
        <w:rPr>
          <w:rFonts w:ascii="Times New Roman" w:hAnsi="Times New Roman" w:cs="Times New Roman"/>
        </w:rPr>
      </w:pPr>
    </w:p>
    <w:p w14:paraId="53BE00C3" w14:textId="77777777" w:rsidR="00DB4BCE" w:rsidRDefault="00DB4BCE" w:rsidP="00F12C1A">
      <w:pPr>
        <w:spacing w:before="200" w:after="80" w:line="240" w:lineRule="auto"/>
        <w:rPr>
          <w:rFonts w:ascii="Times New Roman" w:hAnsi="Times New Roman" w:cs="Times New Roman"/>
        </w:rPr>
      </w:pPr>
    </w:p>
    <w:p w14:paraId="6A65CB3E" w14:textId="77777777" w:rsidR="00DB4BCE" w:rsidRDefault="00DB4BCE" w:rsidP="00F12C1A">
      <w:pPr>
        <w:spacing w:before="200" w:after="80" w:line="240" w:lineRule="auto"/>
        <w:rPr>
          <w:rFonts w:ascii="Times New Roman" w:hAnsi="Times New Roman" w:cs="Times New Roman"/>
        </w:rPr>
      </w:pPr>
    </w:p>
    <w:p w14:paraId="426B3F4B" w14:textId="3187584E" w:rsidR="00DB4BCE" w:rsidRDefault="00DB4BCE" w:rsidP="00F12C1A">
      <w:pPr>
        <w:spacing w:before="200"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İmza</w:t>
      </w:r>
    </w:p>
    <w:p w14:paraId="57D2D39E" w14:textId="0CDCD7FC" w:rsidR="00DB4BCE" w:rsidRDefault="00DB4BCE" w:rsidP="00F12C1A">
      <w:pPr>
        <w:spacing w:before="200"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Okul/Kurum Müdürü</w:t>
      </w:r>
    </w:p>
    <w:p w14:paraId="417CE63A" w14:textId="77777777" w:rsidR="00F12C1A" w:rsidRDefault="00F12C1A" w:rsidP="00F12C1A">
      <w:pPr>
        <w:spacing w:before="200" w:after="80" w:line="240" w:lineRule="auto"/>
        <w:rPr>
          <w:rFonts w:ascii="Times New Roman" w:hAnsi="Times New Roman" w:cs="Times New Roman"/>
        </w:rPr>
      </w:pPr>
    </w:p>
    <w:p w14:paraId="3313ABD9" w14:textId="77777777" w:rsidR="00DB4BCE" w:rsidRPr="00F12C1A" w:rsidRDefault="00DB4BCE" w:rsidP="00F12C1A">
      <w:pPr>
        <w:spacing w:before="200" w:after="80" w:line="240" w:lineRule="auto"/>
        <w:rPr>
          <w:rFonts w:ascii="Times New Roman" w:hAnsi="Times New Roman" w:cs="Times New Roman"/>
        </w:rPr>
      </w:pPr>
    </w:p>
    <w:p w14:paraId="3CBF0033" w14:textId="6365A024" w:rsidR="00132F2D" w:rsidRPr="00F12C1A" w:rsidRDefault="00DB4BCE" w:rsidP="00DB4BCE">
      <w:pPr>
        <w:spacing w:before="160" w:after="0" w:line="240" w:lineRule="auto"/>
        <w:jc w:val="center"/>
        <w:rPr>
          <w:rFonts w:ascii="Times New Roman" w:hAnsi="Times New Roman" w:cs="Times New Roman"/>
        </w:rPr>
      </w:pPr>
      <w:r w:rsidRPr="00DB4BCE">
        <w:rPr>
          <w:rFonts w:ascii="Times New Roman" w:hAnsi="Times New Roman" w:cs="Times New Roman"/>
          <w:i/>
        </w:rPr>
        <w:t>Bu formda yer alan beyanların doğruluğundan yazar</w:t>
      </w:r>
      <w:r>
        <w:rPr>
          <w:rFonts w:ascii="Times New Roman" w:hAnsi="Times New Roman" w:cs="Times New Roman"/>
          <w:i/>
        </w:rPr>
        <w:t>(</w:t>
      </w:r>
      <w:r w:rsidRPr="00DB4BCE">
        <w:rPr>
          <w:rFonts w:ascii="Times New Roman" w:hAnsi="Times New Roman" w:cs="Times New Roman"/>
          <w:i/>
        </w:rPr>
        <w:t>lar</w:t>
      </w:r>
      <w:r>
        <w:rPr>
          <w:rFonts w:ascii="Times New Roman" w:hAnsi="Times New Roman" w:cs="Times New Roman"/>
          <w:i/>
        </w:rPr>
        <w:t>)</w:t>
      </w:r>
      <w:r w:rsidRPr="00DB4BCE">
        <w:rPr>
          <w:rFonts w:ascii="Times New Roman" w:hAnsi="Times New Roman" w:cs="Times New Roman"/>
          <w:i/>
        </w:rPr>
        <w:t xml:space="preserve"> ve danışman öğretmen sorumludur.</w:t>
      </w:r>
    </w:p>
    <w:sectPr w:rsidR="00132F2D" w:rsidRPr="00F12C1A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57016E0"/>
    <w:multiLevelType w:val="hybridMultilevel"/>
    <w:tmpl w:val="4E84901C"/>
    <w:lvl w:ilvl="0" w:tplc="DFAC6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317574">
    <w:abstractNumId w:val="8"/>
  </w:num>
  <w:num w:numId="2" w16cid:durableId="175315139">
    <w:abstractNumId w:val="6"/>
  </w:num>
  <w:num w:numId="3" w16cid:durableId="1013797219">
    <w:abstractNumId w:val="5"/>
  </w:num>
  <w:num w:numId="4" w16cid:durableId="151407059">
    <w:abstractNumId w:val="4"/>
  </w:num>
  <w:num w:numId="5" w16cid:durableId="1350375753">
    <w:abstractNumId w:val="7"/>
  </w:num>
  <w:num w:numId="6" w16cid:durableId="1469787432">
    <w:abstractNumId w:val="3"/>
  </w:num>
  <w:num w:numId="7" w16cid:durableId="1419056675">
    <w:abstractNumId w:val="2"/>
  </w:num>
  <w:num w:numId="8" w16cid:durableId="844512238">
    <w:abstractNumId w:val="1"/>
  </w:num>
  <w:num w:numId="9" w16cid:durableId="263920825">
    <w:abstractNumId w:val="0"/>
  </w:num>
  <w:num w:numId="10" w16cid:durableId="18815055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2F2D"/>
    <w:rsid w:val="0015074B"/>
    <w:rsid w:val="00202502"/>
    <w:rsid w:val="00251912"/>
    <w:rsid w:val="0027405C"/>
    <w:rsid w:val="0029639D"/>
    <w:rsid w:val="00326F90"/>
    <w:rsid w:val="00356F26"/>
    <w:rsid w:val="003C36FF"/>
    <w:rsid w:val="00593F97"/>
    <w:rsid w:val="005A25A9"/>
    <w:rsid w:val="00755F92"/>
    <w:rsid w:val="007D69F6"/>
    <w:rsid w:val="009937C6"/>
    <w:rsid w:val="00A35CD3"/>
    <w:rsid w:val="00A756E7"/>
    <w:rsid w:val="00AA1D8D"/>
    <w:rsid w:val="00B47730"/>
    <w:rsid w:val="00BD26E8"/>
    <w:rsid w:val="00BF174F"/>
    <w:rsid w:val="00C715EC"/>
    <w:rsid w:val="00CB0664"/>
    <w:rsid w:val="00DB4BCE"/>
    <w:rsid w:val="00E25CF4"/>
    <w:rsid w:val="00F12C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7EDA7A"/>
  <w14:defaultImageDpi w14:val="300"/>
  <w15:docId w15:val="{82C211C7-1385-4C94-A825-3EF51DB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Muhammet Türkmen (Öğretmen Akademisi  Vakfı)</cp:lastModifiedBy>
  <cp:revision>12</cp:revision>
  <dcterms:created xsi:type="dcterms:W3CDTF">2013-12-23T23:15:00Z</dcterms:created>
  <dcterms:modified xsi:type="dcterms:W3CDTF">2026-03-06T06:42:00Z</dcterms:modified>
  <cp:category/>
</cp:coreProperties>
</file>